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jc w:val="center"/>
        <w:tblBorders>
          <w:top w:val="nil"/>
          <w:left w:val="nil"/>
          <w:bottom w:val="nil"/>
          <w:right w:val="nil"/>
          <w:insideH w:val="nil"/>
          <w:insideV w:val="nil"/>
        </w:tblBorders>
        <w:tblLayout w:type="fixed"/>
        <w:tblLook w:val="04A0" w:firstRow="1" w:lastRow="0" w:firstColumn="1" w:lastColumn="0" w:noHBand="0" w:noVBand="1"/>
      </w:tblPr>
      <w:tblGrid>
        <w:gridCol w:w="4706"/>
        <w:gridCol w:w="5359"/>
      </w:tblGrid>
      <w:tr w:rsidR="00F87BB8" w:rsidTr="007C3285">
        <w:trPr>
          <w:jc w:val="center"/>
        </w:trPr>
        <w:tc>
          <w:tcPr>
            <w:tcW w:w="4706" w:type="dxa"/>
          </w:tcPr>
          <w:p w:rsidR="00F87BB8" w:rsidRDefault="003E39DF">
            <w:pPr>
              <w:jc w:val="center"/>
            </w:pPr>
            <w:r>
              <w:rPr>
                <w:b/>
                <w:sz w:val="22"/>
              </w:rPr>
              <w:t>CÔNG TY CỔ PHẦN ĐẦU TƯ</w:t>
            </w:r>
            <w:r>
              <w:rPr>
                <w:b/>
                <w:sz w:val="22"/>
              </w:rPr>
              <w:br/>
              <w:t>THƯƠNG MẠI GFTTH VIỆT NAM</w:t>
            </w:r>
          </w:p>
          <w:p w:rsidR="00F87BB8" w:rsidRDefault="00DC17E0">
            <w:pPr>
              <w:jc w:val="center"/>
            </w:pPr>
            <w:r w:rsidRPr="00437BB9">
              <w:rPr>
                <w:highlight w:val="yellow"/>
              </w:rPr>
              <w:t>Số: ……/ĐNTT</w:t>
            </w:r>
            <w:r w:rsidR="003E39DF" w:rsidRPr="00437BB9">
              <w:rPr>
                <w:highlight w:val="yellow"/>
              </w:rPr>
              <w:t>-GFTTH</w:t>
            </w:r>
          </w:p>
        </w:tc>
        <w:tc>
          <w:tcPr>
            <w:tcW w:w="5359" w:type="dxa"/>
          </w:tcPr>
          <w:p w:rsidR="00F87BB8" w:rsidRDefault="003E39DF">
            <w:pPr>
              <w:jc w:val="center"/>
            </w:pPr>
            <w:r>
              <w:rPr>
                <w:b/>
                <w:sz w:val="22"/>
              </w:rPr>
              <w:t>CỘNG HÒA XÃ HỘI CHỦ NGHĨA VIỆT NAM</w:t>
            </w:r>
          </w:p>
          <w:p w:rsidR="00F87BB8" w:rsidRDefault="003E39DF">
            <w:pPr>
              <w:jc w:val="center"/>
            </w:pPr>
            <w:r>
              <w:rPr>
                <w:b/>
              </w:rPr>
              <w:t>Độc lập – Tự do – Hạnh phúc</w:t>
            </w:r>
          </w:p>
          <w:p w:rsidR="00F87BB8" w:rsidRDefault="003E39DF">
            <w:pPr>
              <w:jc w:val="center"/>
            </w:pPr>
            <w:r>
              <w:t>-------------------------</w:t>
            </w:r>
          </w:p>
        </w:tc>
      </w:tr>
    </w:tbl>
    <w:p w:rsidR="00F87BB8" w:rsidRDefault="003E39DF">
      <w:pPr>
        <w:spacing w:before="120"/>
        <w:jc w:val="right"/>
      </w:pPr>
      <w:r>
        <w:t>………, ngày …… tháng …… năm 2026</w:t>
      </w:r>
    </w:p>
    <w:p w:rsidR="00F87BB8" w:rsidRDefault="003E39DF">
      <w:pPr>
        <w:spacing w:before="80"/>
        <w:jc w:val="center"/>
      </w:pPr>
      <w:r>
        <w:rPr>
          <w:b/>
          <w:sz w:val="32"/>
        </w:rPr>
        <w:t>GIẤY ĐỀ NGHỊ THANH TOÁN TẠM ỨNG</w:t>
      </w:r>
    </w:p>
    <w:p w:rsidR="00F87BB8" w:rsidRDefault="003E39DF">
      <w:pPr>
        <w:spacing w:after="120"/>
      </w:pPr>
      <w:r>
        <w:rPr>
          <w:b/>
        </w:rPr>
        <w:t>Kính gửi: CÔNG TY TNHH KỸ THUẬT ELEMECS VIỆT NAM</w:t>
      </w:r>
    </w:p>
    <w:p w:rsidR="00F87BB8" w:rsidRDefault="003E39DF">
      <w:pPr>
        <w:spacing w:after="120"/>
        <w:ind w:firstLine="454"/>
      </w:pPr>
      <w:r>
        <w:t>Công ty Cổ phần Đầu tư Thương mại GFTTH Việt Nam trân trọng gửi lời chào và cảm ơn Quý Công ty đã hợp tác.</w:t>
      </w:r>
    </w:p>
    <w:p w:rsidR="00F87BB8" w:rsidRDefault="003E39DF">
      <w:pPr>
        <w:spacing w:after="120"/>
        <w:ind w:firstLine="454"/>
      </w:pPr>
      <w:r>
        <w:t>Căn cứ Hợp đồ</w:t>
      </w:r>
      <w:r w:rsidR="00DC17E0">
        <w:t xml:space="preserve">ng kinh tế số: </w:t>
      </w:r>
      <w:r w:rsidR="00DC17E0" w:rsidRPr="00437BB9">
        <w:rPr>
          <w:b/>
          <w:highlight w:val="yellow"/>
        </w:rPr>
        <w:t>1010/2026/HĐKV/ELM</w:t>
      </w:r>
      <w:r w:rsidR="00DC17E0">
        <w:t xml:space="preserve"> ký ngày 10 tháng 10</w:t>
      </w:r>
      <w:r>
        <w:t xml:space="preserve"> năm 2026 về việc </w:t>
      </w:r>
      <w:r w:rsidR="00DC17E0" w:rsidRPr="002B4C91">
        <w:rPr>
          <w:b/>
        </w:rPr>
        <w:t xml:space="preserve">Thi công lắp đặt hoàn thiện hệ thống điện - điện nhẹ Tháp Văn phòng </w:t>
      </w:r>
      <w:r w:rsidR="00DC17E0">
        <w:rPr>
          <w:b/>
        </w:rPr>
        <w:t xml:space="preserve">tại </w:t>
      </w:r>
      <w:r w:rsidR="00DC17E0" w:rsidRPr="002B4C91">
        <w:rPr>
          <w:b/>
        </w:rPr>
        <w:t>Trung tâm Đô Thị Tây Hồ Tây - Giai đoạn 1 tại Phường Xuân Đỉnh, Hà Nội</w:t>
      </w:r>
      <w:r>
        <w:t>;</w:t>
      </w:r>
    </w:p>
    <w:p w:rsidR="00F87BB8" w:rsidRDefault="003E39DF">
      <w:pPr>
        <w:spacing w:after="120"/>
        <w:ind w:firstLine="454"/>
      </w:pPr>
      <w:r>
        <w:t>Căn cứ các điều khoản về tạm ứng và thanh toán quy định tại hợp đồng đã ký kết giữa hai bên;</w:t>
      </w:r>
    </w:p>
    <w:p w:rsidR="00F87BB8" w:rsidRDefault="003E39DF">
      <w:pPr>
        <w:spacing w:after="120"/>
        <w:ind w:firstLine="454"/>
      </w:pPr>
      <w:r>
        <w:t>Công ty Cổ phần Đầu tư Thương mại GFTTH Việt Nam kính đề nghị Quý Công ty xem xét thanh toán tạm ứng để chúng tôi triển khai thực hiện các công việc theo hợp đồng, với thông tin như sau:</w:t>
      </w:r>
    </w:p>
    <w:p w:rsidR="00F87BB8" w:rsidRDefault="003E39DF">
      <w:pPr>
        <w:spacing w:after="80"/>
        <w:ind w:left="340"/>
      </w:pPr>
      <w:r>
        <w:rPr>
          <w:b/>
        </w:rPr>
        <w:t xml:space="preserve">Giá trị hợp đồng: </w:t>
      </w:r>
      <w:r w:rsidR="005C6626">
        <w:rPr>
          <w:b/>
          <w:color w:val="FFFF00"/>
        </w:rPr>
        <w:t>……………………</w:t>
      </w:r>
      <w:bookmarkStart w:id="0" w:name="_GoBack"/>
      <w:bookmarkEnd w:id="0"/>
      <w:r w:rsidRPr="00437BB9">
        <w:rPr>
          <w:color w:val="FFFF00"/>
        </w:rPr>
        <w:t xml:space="preserve"> </w:t>
      </w:r>
      <w:r>
        <w:t>đồng</w:t>
      </w:r>
    </w:p>
    <w:p w:rsidR="00F87BB8" w:rsidRDefault="003E39DF">
      <w:pPr>
        <w:spacing w:after="80"/>
        <w:ind w:left="340"/>
      </w:pPr>
      <w:r>
        <w:rPr>
          <w:b/>
        </w:rPr>
        <w:t xml:space="preserve">Số tiền đề nghị tạm ứng: </w:t>
      </w:r>
      <w:r w:rsidR="00DC17E0" w:rsidRPr="00DC17E0">
        <w:rPr>
          <w:b/>
        </w:rPr>
        <w:t>200.000.000</w:t>
      </w:r>
      <w:r>
        <w:t xml:space="preserve"> đồng</w:t>
      </w:r>
    </w:p>
    <w:p w:rsidR="00F87BB8" w:rsidRDefault="003E39DF">
      <w:pPr>
        <w:spacing w:after="80"/>
        <w:ind w:left="340"/>
      </w:pPr>
      <w:r>
        <w:rPr>
          <w:b/>
        </w:rPr>
        <w:t xml:space="preserve">Bằng chữ: </w:t>
      </w:r>
      <w:r w:rsidR="00DC17E0" w:rsidRPr="00DC17E0">
        <w:t>Hai trăm triệu đồng</w:t>
      </w:r>
      <w:r w:rsidR="00DC17E0">
        <w:t>.</w:t>
      </w:r>
    </w:p>
    <w:p w:rsidR="00F87BB8" w:rsidRDefault="003E39DF">
      <w:pPr>
        <w:spacing w:before="80" w:after="80"/>
      </w:pPr>
      <w:r>
        <w:rPr>
          <w:b/>
        </w:rPr>
        <w:t>Thông tin tài khoản nhận tiền:</w:t>
      </w:r>
    </w:p>
    <w:p w:rsidR="00F87BB8" w:rsidRDefault="003E39DF">
      <w:pPr>
        <w:spacing w:after="60"/>
        <w:ind w:left="340"/>
      </w:pPr>
      <w:r>
        <w:rPr>
          <w:b/>
        </w:rPr>
        <w:t xml:space="preserve">Tên tài khoản: </w:t>
      </w:r>
      <w:r w:rsidRPr="00A27F39">
        <w:rPr>
          <w:b/>
        </w:rPr>
        <w:t>CÔNG TY CỔ PHẦN ĐẦU TƯ THƯƠNG MẠI GFTTH VIỆT NAM</w:t>
      </w:r>
    </w:p>
    <w:p w:rsidR="00F87BB8" w:rsidRDefault="003E39DF">
      <w:pPr>
        <w:spacing w:after="60"/>
        <w:ind w:left="340"/>
      </w:pPr>
      <w:r>
        <w:rPr>
          <w:b/>
        </w:rPr>
        <w:t xml:space="preserve">Số tài khoản: </w:t>
      </w:r>
      <w:r w:rsidRPr="00A27F39">
        <w:rPr>
          <w:b/>
        </w:rPr>
        <w:t>7130686868</w:t>
      </w:r>
    </w:p>
    <w:p w:rsidR="00F87BB8" w:rsidRDefault="003E39DF">
      <w:pPr>
        <w:spacing w:after="60"/>
        <w:ind w:left="340"/>
      </w:pPr>
      <w:r>
        <w:rPr>
          <w:b/>
        </w:rPr>
        <w:t xml:space="preserve">Ngân hàng: </w:t>
      </w:r>
      <w:r>
        <w:t>Ngân hàng TMCP Quân đội (MB Bank) – Chi nhánh Mê Linh</w:t>
      </w:r>
    </w:p>
    <w:p w:rsidR="00F87BB8" w:rsidRDefault="003E39DF">
      <w:pPr>
        <w:spacing w:before="120" w:after="120"/>
        <w:ind w:firstLine="454"/>
      </w:pPr>
      <w:r>
        <w:t>Kính đề nghị Quý Công ty xem xét, xác nhận và thực hiện thanh toán tạm ứng theo thỏa thuận tại hợp đồng để bảo đảm tiến độ triển khai công việc.</w:t>
      </w:r>
    </w:p>
    <w:p w:rsidR="00F87BB8" w:rsidRDefault="003E39DF">
      <w:pPr>
        <w:spacing w:after="240"/>
        <w:ind w:firstLine="454"/>
      </w:pPr>
      <w:r>
        <w:t>Công ty chúng tôi trân trọng cảm ơn sự hợp tác của Quý Công ty!</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29"/>
        <w:gridCol w:w="4929"/>
      </w:tblGrid>
      <w:tr w:rsidR="00F87BB8">
        <w:trPr>
          <w:jc w:val="center"/>
        </w:trPr>
        <w:tc>
          <w:tcPr>
            <w:tcW w:w="4929" w:type="dxa"/>
          </w:tcPr>
          <w:p w:rsidR="00F87BB8" w:rsidRDefault="003E39DF" w:rsidP="00614D2C">
            <w:r>
              <w:rPr>
                <w:b/>
              </w:rPr>
              <w:t>Nơi nhận:</w:t>
            </w:r>
            <w:r>
              <w:rPr>
                <w:b/>
              </w:rPr>
              <w:br/>
            </w:r>
            <w:r>
              <w:t>- Như trên;</w:t>
            </w:r>
            <w:r>
              <w:br/>
              <w:t>- Lưu: VP.</w:t>
            </w:r>
            <w:r w:rsidR="00614D2C">
              <w:rPr>
                <w:noProof/>
              </w:rPr>
              <w:t xml:space="preserve"> </w:t>
            </w:r>
          </w:p>
        </w:tc>
        <w:tc>
          <w:tcPr>
            <w:tcW w:w="4929" w:type="dxa"/>
          </w:tcPr>
          <w:p w:rsidR="00A27F39" w:rsidRDefault="003E39DF">
            <w:pPr>
              <w:jc w:val="center"/>
            </w:pPr>
            <w:r>
              <w:rPr>
                <w:b/>
              </w:rPr>
              <w:t>ĐẠI DIỆN CÔNG TY GFTTH VIỆT NAM</w:t>
            </w:r>
            <w:r>
              <w:rPr>
                <w:b/>
              </w:rPr>
              <w:br/>
            </w:r>
            <w:r>
              <w:t>(Ký, ghi rõ họ tên và đóng dấu)</w:t>
            </w:r>
          </w:p>
          <w:p w:rsidR="00A27F39" w:rsidRDefault="00A27F39">
            <w:pPr>
              <w:jc w:val="center"/>
            </w:pPr>
          </w:p>
          <w:p w:rsidR="00A27F39" w:rsidRDefault="00A27F39">
            <w:pPr>
              <w:jc w:val="center"/>
            </w:pPr>
          </w:p>
          <w:p w:rsidR="00A27F39" w:rsidRDefault="00A27F39">
            <w:pPr>
              <w:jc w:val="center"/>
            </w:pPr>
          </w:p>
          <w:p w:rsidR="00F87BB8" w:rsidRPr="00A27F39" w:rsidRDefault="00A27F39" w:rsidP="00A27F39">
            <w:pPr>
              <w:jc w:val="center"/>
              <w:rPr>
                <w:b/>
              </w:rPr>
            </w:pPr>
            <w:r w:rsidRPr="00A27F39">
              <w:rPr>
                <w:b/>
              </w:rPr>
              <w:t>NGUYỄN VĂN NGỌ</w:t>
            </w:r>
            <w:r>
              <w:rPr>
                <w:b/>
              </w:rPr>
              <w:t>C</w:t>
            </w:r>
          </w:p>
        </w:tc>
      </w:tr>
    </w:tbl>
    <w:p w:rsidR="003E39DF" w:rsidRDefault="003E39DF" w:rsidP="00A27F39"/>
    <w:sectPr w:rsidR="003E39DF" w:rsidSect="00A27F39">
      <w:pgSz w:w="12240" w:h="15840"/>
      <w:pgMar w:top="851" w:right="1134" w:bottom="709"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54211"/>
    <w:rsid w:val="001E571F"/>
    <w:rsid w:val="0029639D"/>
    <w:rsid w:val="002F4920"/>
    <w:rsid w:val="00326F90"/>
    <w:rsid w:val="003E39DF"/>
    <w:rsid w:val="00437BB9"/>
    <w:rsid w:val="00591C58"/>
    <w:rsid w:val="005C6626"/>
    <w:rsid w:val="005E5BC7"/>
    <w:rsid w:val="00614D2C"/>
    <w:rsid w:val="007C3285"/>
    <w:rsid w:val="00A27F39"/>
    <w:rsid w:val="00AA1D8D"/>
    <w:rsid w:val="00B47730"/>
    <w:rsid w:val="00CB0664"/>
    <w:rsid w:val="00DC17E0"/>
    <w:rsid w:val="00F87BB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704049"/>
  <w14:defaultImageDpi w14:val="300"/>
  <w15:docId w15:val="{9D88ED26-C3E6-4EE0-9FD4-431D8067B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A27F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7F3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99CA9-35B0-4F7A-9024-4A416A841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224</Words>
  <Characters>1278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2</cp:revision>
  <cp:lastPrinted>2026-10-14T23:27:00Z</cp:lastPrinted>
  <dcterms:created xsi:type="dcterms:W3CDTF">2026-10-18T09:47:00Z</dcterms:created>
  <dcterms:modified xsi:type="dcterms:W3CDTF">2026-10-18T09:47:00Z</dcterms:modified>
  <cp:category/>
</cp:coreProperties>
</file>