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580"/>
        <w:gridCol w:w="5580"/>
      </w:tblGrid>
      <w:tr w:rsidR="001B2750" w:rsidRPr="00471345" w:rsidTr="000A13EC">
        <w:trPr>
          <w:jc w:val="center"/>
        </w:trPr>
        <w:tc>
          <w:tcPr>
            <w:tcW w:w="4580" w:type="dxa"/>
            <w:vAlign w:val="center"/>
          </w:tcPr>
          <w:p w:rsidR="001B2750" w:rsidRPr="00471345" w:rsidRDefault="004079AD" w:rsidP="000A13EC">
            <w:pPr>
              <w:jc w:val="center"/>
              <w:rPr>
                <w:sz w:val="24"/>
                <w:szCs w:val="24"/>
              </w:rPr>
            </w:pPr>
            <w:r w:rsidRPr="00471345">
              <w:rPr>
                <w:b/>
                <w:sz w:val="24"/>
                <w:szCs w:val="24"/>
              </w:rPr>
              <w:t xml:space="preserve">CÔNG TY </w:t>
            </w:r>
            <w:r w:rsidR="000A13EC">
              <w:rPr>
                <w:b/>
                <w:sz w:val="24"/>
                <w:szCs w:val="24"/>
              </w:rPr>
              <w:t>CP</w:t>
            </w:r>
            <w:r w:rsidRPr="00471345">
              <w:rPr>
                <w:b/>
                <w:sz w:val="24"/>
                <w:szCs w:val="24"/>
              </w:rPr>
              <w:t xml:space="preserve"> ĐẦU TƯ THƯƠNG MẠI</w:t>
            </w:r>
            <w:r w:rsidRPr="00471345">
              <w:rPr>
                <w:b/>
                <w:sz w:val="24"/>
                <w:szCs w:val="24"/>
              </w:rPr>
              <w:br/>
              <w:t>GFTTH VIỆT NAM</w:t>
            </w:r>
            <w:r w:rsidRPr="00471345">
              <w:rPr>
                <w:i/>
                <w:sz w:val="24"/>
                <w:szCs w:val="24"/>
              </w:rPr>
              <w:br/>
              <w:t>Số: ……/2026/HĐTV-GFTTH</w:t>
            </w:r>
          </w:p>
        </w:tc>
        <w:tc>
          <w:tcPr>
            <w:tcW w:w="5580" w:type="dxa"/>
            <w:vAlign w:val="center"/>
          </w:tcPr>
          <w:p w:rsidR="001B2750" w:rsidRPr="00471345" w:rsidRDefault="004079AD">
            <w:pPr>
              <w:jc w:val="center"/>
              <w:rPr>
                <w:sz w:val="24"/>
                <w:szCs w:val="24"/>
              </w:rPr>
            </w:pPr>
            <w:r w:rsidRPr="00471345">
              <w:rPr>
                <w:b/>
                <w:sz w:val="24"/>
                <w:szCs w:val="24"/>
              </w:rPr>
              <w:t>CỘNG HÒA XÃ HỘI CHỦ NGHĨA VIỆT NAM</w:t>
            </w:r>
            <w:r w:rsidRPr="00471345">
              <w:rPr>
                <w:b/>
                <w:sz w:val="24"/>
                <w:szCs w:val="24"/>
              </w:rPr>
              <w:br/>
              <w:t>Độc lập – Tự do – Hạnh phúc</w:t>
            </w:r>
            <w:r w:rsidRPr="00471345">
              <w:rPr>
                <w:sz w:val="24"/>
                <w:szCs w:val="24"/>
              </w:rPr>
              <w:br/>
              <w:t>_____________________</w:t>
            </w:r>
          </w:p>
        </w:tc>
      </w:tr>
    </w:tbl>
    <w:p w:rsidR="000A13EC" w:rsidRDefault="000A13EC">
      <w:pPr>
        <w:spacing w:after="40"/>
        <w:jc w:val="center"/>
        <w:rPr>
          <w:b/>
          <w:sz w:val="24"/>
          <w:szCs w:val="24"/>
        </w:rPr>
      </w:pPr>
    </w:p>
    <w:p w:rsidR="001B2750" w:rsidRPr="00471345" w:rsidRDefault="004079AD">
      <w:pPr>
        <w:spacing w:after="40"/>
        <w:jc w:val="center"/>
        <w:rPr>
          <w:sz w:val="24"/>
          <w:szCs w:val="24"/>
        </w:rPr>
      </w:pPr>
      <w:r w:rsidRPr="00471345">
        <w:rPr>
          <w:b/>
          <w:sz w:val="24"/>
          <w:szCs w:val="24"/>
        </w:rPr>
        <w:t>HỢP ĐỒNG THỬ VIỆC</w:t>
      </w:r>
    </w:p>
    <w:p w:rsidR="001B2750" w:rsidRPr="00471345" w:rsidRDefault="004079AD">
      <w:pPr>
        <w:spacing w:after="160"/>
        <w:jc w:val="center"/>
        <w:rPr>
          <w:sz w:val="24"/>
          <w:szCs w:val="24"/>
        </w:rPr>
      </w:pPr>
      <w:r w:rsidRPr="00471345">
        <w:rPr>
          <w:b/>
          <w:i/>
          <w:sz w:val="24"/>
          <w:szCs w:val="24"/>
        </w:rPr>
        <w:t>(Dùng cho người lao động thử việc tại Công ty</w:t>
      </w:r>
      <w:r w:rsidR="000A13EC">
        <w:rPr>
          <w:b/>
          <w:i/>
          <w:sz w:val="24"/>
          <w:szCs w:val="24"/>
        </w:rPr>
        <w:t xml:space="preserve"> cổ phần đầu tư thương mại GFTTH Việt Nam</w:t>
      </w:r>
      <w:r w:rsidRPr="00471345">
        <w:rPr>
          <w:b/>
          <w:i/>
          <w:sz w:val="24"/>
          <w:szCs w:val="24"/>
        </w:rPr>
        <w:t>)</w:t>
      </w:r>
    </w:p>
    <w:p w:rsidR="001B2750" w:rsidRPr="00471345" w:rsidRDefault="004079AD" w:rsidP="00471345">
      <w:pPr>
        <w:pStyle w:val="ListParagraph"/>
        <w:numPr>
          <w:ilvl w:val="0"/>
          <w:numId w:val="10"/>
        </w:numPr>
        <w:rPr>
          <w:i/>
          <w:sz w:val="24"/>
          <w:szCs w:val="24"/>
        </w:rPr>
      </w:pPr>
      <w:r w:rsidRPr="00471345">
        <w:rPr>
          <w:i/>
          <w:sz w:val="24"/>
          <w:szCs w:val="24"/>
        </w:rPr>
        <w:t>Căn cứ Bộ luật Lao động và các văn bản hướng dẫn thi hành hiện hành;</w:t>
      </w:r>
    </w:p>
    <w:p w:rsidR="001B2750" w:rsidRPr="00471345" w:rsidRDefault="004079AD" w:rsidP="00471345">
      <w:pPr>
        <w:pStyle w:val="ListParagraph"/>
        <w:numPr>
          <w:ilvl w:val="0"/>
          <w:numId w:val="10"/>
        </w:numPr>
        <w:rPr>
          <w:i/>
          <w:sz w:val="24"/>
          <w:szCs w:val="24"/>
        </w:rPr>
      </w:pPr>
      <w:r w:rsidRPr="00471345">
        <w:rPr>
          <w:i/>
          <w:sz w:val="24"/>
          <w:szCs w:val="24"/>
        </w:rPr>
        <w:t>Căn cứ nhu cầu sử dụng lao động và kết quả tuyển dụng/phỏng vấn của Công ty;</w:t>
      </w:r>
    </w:p>
    <w:p w:rsidR="001B2750" w:rsidRPr="00471345" w:rsidRDefault="004079AD" w:rsidP="00471345">
      <w:pPr>
        <w:pStyle w:val="ListParagraph"/>
        <w:numPr>
          <w:ilvl w:val="0"/>
          <w:numId w:val="10"/>
        </w:numPr>
        <w:rPr>
          <w:i/>
          <w:sz w:val="24"/>
          <w:szCs w:val="24"/>
        </w:rPr>
      </w:pPr>
      <w:r w:rsidRPr="00471345">
        <w:rPr>
          <w:i/>
          <w:sz w:val="24"/>
          <w:szCs w:val="24"/>
        </w:rPr>
        <w:t>Căn cứ nội quy lao động, quy chế tiền lương, quy chế tuyển dụng và các quy định nội bộ của Công ty;</w:t>
      </w:r>
    </w:p>
    <w:p w:rsidR="001B2750" w:rsidRPr="00471345" w:rsidRDefault="004079AD">
      <w:pPr>
        <w:rPr>
          <w:sz w:val="24"/>
          <w:szCs w:val="24"/>
        </w:rPr>
      </w:pPr>
      <w:r w:rsidRPr="00471345">
        <w:rPr>
          <w:sz w:val="24"/>
          <w:szCs w:val="24"/>
        </w:rPr>
        <w:t>Căn cứ nhu cầu và khả năng của hai bên;</w:t>
      </w:r>
    </w:p>
    <w:p w:rsidR="001B2750" w:rsidRPr="00471345" w:rsidRDefault="004079AD">
      <w:pPr>
        <w:rPr>
          <w:sz w:val="24"/>
          <w:szCs w:val="24"/>
        </w:rPr>
      </w:pPr>
      <w:r w:rsidRPr="00471345">
        <w:rPr>
          <w:sz w:val="24"/>
          <w:szCs w:val="24"/>
        </w:rPr>
        <w:t>Hôm nay, ngày …… tháng …</w:t>
      </w:r>
      <w:r w:rsidR="00471345" w:rsidRPr="00471345">
        <w:rPr>
          <w:sz w:val="24"/>
          <w:szCs w:val="24"/>
        </w:rPr>
        <w:t>… năm 2026, tại …………………………………</w:t>
      </w:r>
      <w:r w:rsidRPr="00471345">
        <w:rPr>
          <w:sz w:val="24"/>
          <w:szCs w:val="24"/>
        </w:rPr>
        <w:t>, các bên gồm:</w:t>
      </w:r>
    </w:p>
    <w:p w:rsidR="00471345" w:rsidRPr="00471345" w:rsidRDefault="00471345">
      <w:pPr>
        <w:rPr>
          <w:b/>
          <w:sz w:val="24"/>
          <w:szCs w:val="24"/>
        </w:rPr>
      </w:pPr>
    </w:p>
    <w:p w:rsidR="001B2750" w:rsidRPr="00471345" w:rsidRDefault="004079AD" w:rsidP="00471345">
      <w:pPr>
        <w:ind w:firstLine="720"/>
        <w:rPr>
          <w:sz w:val="24"/>
          <w:szCs w:val="24"/>
        </w:rPr>
      </w:pPr>
      <w:r w:rsidRPr="00471345">
        <w:rPr>
          <w:b/>
          <w:sz w:val="24"/>
          <w:szCs w:val="24"/>
        </w:rPr>
        <w:t>NGƯỜI SỬ DỤNG LAO ĐỘNG (BÊN A):</w:t>
      </w:r>
      <w:r w:rsidR="00471345" w:rsidRPr="00471345">
        <w:rPr>
          <w:b/>
          <w:sz w:val="24"/>
          <w:szCs w:val="24"/>
        </w:rPr>
        <w:t xml:space="preserve"> </w:t>
      </w:r>
      <w:r w:rsidRPr="00471345">
        <w:rPr>
          <w:b/>
          <w:sz w:val="24"/>
          <w:szCs w:val="24"/>
        </w:rPr>
        <w:t>CÔNG TY CỔ PHẦN ĐẦU TƯ THƯƠNG MẠI GFTTH VIỆT NAM</w:t>
      </w:r>
    </w:p>
    <w:p w:rsidR="000A13EC" w:rsidRPr="00970E4A" w:rsidRDefault="000A13EC" w:rsidP="000A13EC">
      <w:pPr>
        <w:pStyle w:val="ListParagraph"/>
        <w:numPr>
          <w:ilvl w:val="0"/>
          <w:numId w:val="11"/>
        </w:numPr>
        <w:rPr>
          <w:rFonts w:cs="Times New Roman"/>
          <w:sz w:val="24"/>
          <w:szCs w:val="24"/>
        </w:rPr>
      </w:pPr>
      <w:r w:rsidRPr="00970E4A">
        <w:rPr>
          <w:rFonts w:cs="Times New Roman"/>
          <w:sz w:val="24"/>
          <w:szCs w:val="24"/>
        </w:rPr>
        <w:t xml:space="preserve">Đại diện: Ông </w:t>
      </w:r>
      <w:r w:rsidRPr="00970E4A">
        <w:rPr>
          <w:rFonts w:cs="Times New Roman"/>
          <w:b/>
          <w:sz w:val="24"/>
          <w:szCs w:val="24"/>
        </w:rPr>
        <w:t>Nguyễn Văn Ngọc</w:t>
      </w:r>
      <w:r w:rsidRPr="00970E4A">
        <w:rPr>
          <w:rFonts w:cs="Times New Roman"/>
          <w:sz w:val="24"/>
          <w:szCs w:val="24"/>
        </w:rPr>
        <w:t xml:space="preserve"> </w:t>
      </w:r>
      <w:r w:rsidRPr="00970E4A">
        <w:rPr>
          <w:rFonts w:cs="Times New Roman"/>
          <w:sz w:val="24"/>
          <w:szCs w:val="24"/>
        </w:rPr>
        <w:tab/>
      </w:r>
      <w:r w:rsidRPr="00970E4A">
        <w:rPr>
          <w:rFonts w:cs="Times New Roman"/>
          <w:sz w:val="24"/>
          <w:szCs w:val="24"/>
        </w:rPr>
        <w:tab/>
        <w:t xml:space="preserve">Chức vụ: </w:t>
      </w:r>
      <w:r w:rsidRPr="00970E4A">
        <w:rPr>
          <w:rFonts w:cs="Times New Roman"/>
          <w:b/>
          <w:sz w:val="24"/>
          <w:szCs w:val="24"/>
        </w:rPr>
        <w:t>Tổng giám đốc</w:t>
      </w:r>
    </w:p>
    <w:p w:rsidR="000A13EC" w:rsidRPr="00970E4A" w:rsidRDefault="000A13EC" w:rsidP="000A13EC">
      <w:pPr>
        <w:pStyle w:val="ListParagraph"/>
        <w:numPr>
          <w:ilvl w:val="0"/>
          <w:numId w:val="11"/>
        </w:numPr>
        <w:rPr>
          <w:rFonts w:cs="Times New Roman"/>
          <w:sz w:val="24"/>
          <w:szCs w:val="24"/>
        </w:rPr>
      </w:pPr>
      <w:r w:rsidRPr="00970E4A">
        <w:rPr>
          <w:rFonts w:cs="Times New Roman"/>
          <w:sz w:val="24"/>
          <w:szCs w:val="24"/>
        </w:rPr>
        <w:t>Địa chỉ trụ sở: Đội 3, thôn Phú Hạ, Xã Kim Anh, TP Hà Nội, Việt Nam.</w:t>
      </w:r>
    </w:p>
    <w:p w:rsidR="000A13EC" w:rsidRPr="00970E4A" w:rsidRDefault="000A13EC" w:rsidP="000A13EC">
      <w:pPr>
        <w:pStyle w:val="ListParagraph"/>
        <w:numPr>
          <w:ilvl w:val="0"/>
          <w:numId w:val="11"/>
        </w:numPr>
        <w:rPr>
          <w:rFonts w:cs="Times New Roman"/>
          <w:sz w:val="24"/>
          <w:szCs w:val="24"/>
        </w:rPr>
      </w:pPr>
      <w:r w:rsidRPr="00970E4A">
        <w:rPr>
          <w:rFonts w:cs="Times New Roman"/>
          <w:sz w:val="24"/>
          <w:szCs w:val="24"/>
        </w:rPr>
        <w:t xml:space="preserve">Mã số doanh nghiệp/MST: </w:t>
      </w:r>
      <w:r w:rsidRPr="00970E4A">
        <w:rPr>
          <w:rFonts w:cs="Times New Roman"/>
          <w:b/>
          <w:sz w:val="24"/>
          <w:szCs w:val="24"/>
        </w:rPr>
        <w:t>0108460517</w:t>
      </w:r>
    </w:p>
    <w:p w:rsidR="000A13EC" w:rsidRPr="00970E4A" w:rsidRDefault="000A13EC" w:rsidP="000A13EC">
      <w:pPr>
        <w:pStyle w:val="ListParagraph"/>
        <w:numPr>
          <w:ilvl w:val="0"/>
          <w:numId w:val="11"/>
        </w:numPr>
        <w:rPr>
          <w:rFonts w:cs="Times New Roman"/>
          <w:sz w:val="24"/>
          <w:szCs w:val="24"/>
        </w:rPr>
      </w:pPr>
      <w:r w:rsidRPr="00970E4A">
        <w:rPr>
          <w:rFonts w:cs="Times New Roman"/>
          <w:sz w:val="24"/>
          <w:szCs w:val="24"/>
        </w:rPr>
        <w:t xml:space="preserve">Điện thoại: </w:t>
      </w:r>
      <w:r w:rsidRPr="00970E4A">
        <w:rPr>
          <w:rFonts w:cs="Times New Roman"/>
          <w:b/>
          <w:sz w:val="24"/>
          <w:szCs w:val="24"/>
        </w:rPr>
        <w:t>0582 988 222</w:t>
      </w:r>
    </w:p>
    <w:p w:rsidR="000A13EC" w:rsidRPr="009F049E" w:rsidRDefault="000A13EC" w:rsidP="000A13EC">
      <w:pPr>
        <w:pStyle w:val="ListParagraph"/>
        <w:numPr>
          <w:ilvl w:val="0"/>
          <w:numId w:val="11"/>
        </w:numPr>
        <w:rPr>
          <w:rFonts w:cs="Times New Roman"/>
          <w:sz w:val="24"/>
          <w:szCs w:val="24"/>
        </w:rPr>
      </w:pPr>
      <w:r w:rsidRPr="00970E4A">
        <w:rPr>
          <w:rFonts w:cs="Times New Roman"/>
          <w:sz w:val="24"/>
          <w:szCs w:val="24"/>
        </w:rPr>
        <w:t xml:space="preserve">Website: </w:t>
      </w:r>
      <w:hyperlink r:id="rId8" w:history="1">
        <w:r w:rsidRPr="00970E4A">
          <w:rPr>
            <w:rStyle w:val="Hyperlink"/>
            <w:rFonts w:cs="Times New Roman"/>
            <w:sz w:val="24"/>
            <w:szCs w:val="24"/>
          </w:rPr>
          <w:t>Www.gftth.com</w:t>
        </w:r>
      </w:hyperlink>
      <w:r w:rsidRPr="00970E4A">
        <w:rPr>
          <w:rFonts w:cs="Times New Roman"/>
          <w:sz w:val="24"/>
          <w:szCs w:val="24"/>
        </w:rPr>
        <w:t xml:space="preserve"> </w:t>
      </w:r>
      <w:r w:rsidRPr="00970E4A">
        <w:rPr>
          <w:rFonts w:cs="Times New Roman"/>
          <w:sz w:val="24"/>
          <w:szCs w:val="24"/>
        </w:rPr>
        <w:tab/>
      </w:r>
      <w:r w:rsidRPr="00970E4A">
        <w:rPr>
          <w:rFonts w:cs="Times New Roman"/>
          <w:sz w:val="24"/>
          <w:szCs w:val="24"/>
        </w:rPr>
        <w:tab/>
        <w:t xml:space="preserve">Email: </w:t>
      </w:r>
      <w:hyperlink r:id="rId9" w:history="1">
        <w:r w:rsidR="00AD4C7D" w:rsidRPr="008905BC">
          <w:rPr>
            <w:rStyle w:val="Hyperlink"/>
            <w:rFonts w:cs="Times New Roman"/>
            <w:sz w:val="24"/>
            <w:szCs w:val="24"/>
          </w:rPr>
          <w:t>gftthvietnam@gmail.com</w:t>
        </w:r>
      </w:hyperlink>
    </w:p>
    <w:p w:rsidR="000A13EC" w:rsidRPr="00AD4C7D" w:rsidRDefault="000A13EC" w:rsidP="00AD4C7D">
      <w:pPr>
        <w:pStyle w:val="ListParagraph"/>
        <w:numPr>
          <w:ilvl w:val="0"/>
          <w:numId w:val="11"/>
        </w:numPr>
        <w:rPr>
          <w:rFonts w:cs="Times New Roman"/>
          <w:b/>
          <w:sz w:val="24"/>
          <w:szCs w:val="24"/>
        </w:rPr>
      </w:pPr>
      <w:r w:rsidRPr="00AD4C7D">
        <w:rPr>
          <w:rFonts w:cs="Times New Roman"/>
          <w:sz w:val="24"/>
          <w:szCs w:val="24"/>
        </w:rPr>
        <w:t xml:space="preserve">Tài khoản: </w:t>
      </w:r>
      <w:r w:rsidR="00AD4C7D" w:rsidRPr="00AD4C7D">
        <w:rPr>
          <w:rFonts w:cs="Times New Roman"/>
          <w:b/>
          <w:sz w:val="24"/>
          <w:szCs w:val="24"/>
        </w:rPr>
        <w:t>7130686868</w:t>
      </w:r>
      <w:r w:rsidRPr="00AD4C7D">
        <w:rPr>
          <w:rFonts w:cs="Times New Roman"/>
          <w:sz w:val="24"/>
          <w:szCs w:val="24"/>
        </w:rPr>
        <w:t xml:space="preserve">. tại Ngân hàng: </w:t>
      </w:r>
      <w:r w:rsidR="00AD4C7D" w:rsidRPr="00AD4C7D">
        <w:rPr>
          <w:rFonts w:cs="Times New Roman"/>
          <w:b/>
          <w:sz w:val="24"/>
          <w:szCs w:val="24"/>
        </w:rPr>
        <w:t>Quân đội MBBank</w:t>
      </w:r>
    </w:p>
    <w:p w:rsidR="001B2750" w:rsidRDefault="004079AD">
      <w:pPr>
        <w:rPr>
          <w:sz w:val="24"/>
          <w:szCs w:val="24"/>
        </w:rPr>
      </w:pPr>
      <w:r w:rsidRPr="00471345">
        <w:rPr>
          <w:sz w:val="24"/>
          <w:szCs w:val="24"/>
        </w:rPr>
        <w:t>Sau đây gọi là “Công ty” hoặc “</w:t>
      </w:r>
      <w:r w:rsidRPr="000A13EC">
        <w:rPr>
          <w:b/>
          <w:sz w:val="24"/>
          <w:szCs w:val="24"/>
        </w:rPr>
        <w:t>Bên A</w:t>
      </w:r>
      <w:r w:rsidRPr="00471345">
        <w:rPr>
          <w:sz w:val="24"/>
          <w:szCs w:val="24"/>
        </w:rPr>
        <w:t>”.</w:t>
      </w:r>
    </w:p>
    <w:p w:rsidR="004C2DE1" w:rsidRPr="00471345" w:rsidRDefault="004C2DE1">
      <w:pPr>
        <w:rPr>
          <w:sz w:val="24"/>
          <w:szCs w:val="24"/>
        </w:rPr>
      </w:pPr>
      <w:bookmarkStart w:id="0" w:name="_GoBack"/>
      <w:bookmarkEnd w:id="0"/>
    </w:p>
    <w:p w:rsidR="001B2750" w:rsidRPr="00471345" w:rsidRDefault="004079AD" w:rsidP="00471345">
      <w:pPr>
        <w:ind w:firstLine="720"/>
        <w:rPr>
          <w:sz w:val="24"/>
          <w:szCs w:val="24"/>
        </w:rPr>
      </w:pPr>
      <w:r w:rsidRPr="00471345">
        <w:rPr>
          <w:b/>
          <w:sz w:val="24"/>
          <w:szCs w:val="24"/>
        </w:rPr>
        <w:t>NGƯỜI LAO ĐỘNG (BÊN B):</w:t>
      </w:r>
    </w:p>
    <w:p w:rsidR="001B2750" w:rsidRPr="00471345" w:rsidRDefault="004079AD">
      <w:pPr>
        <w:rPr>
          <w:sz w:val="24"/>
          <w:szCs w:val="24"/>
        </w:rPr>
      </w:pPr>
      <w:r w:rsidRPr="00471345">
        <w:rPr>
          <w:sz w:val="24"/>
          <w:szCs w:val="24"/>
        </w:rPr>
        <w:t>Ông/Bà: .......................................................................................................................................</w:t>
      </w:r>
    </w:p>
    <w:p w:rsidR="001B2750" w:rsidRPr="00471345" w:rsidRDefault="004079AD">
      <w:pPr>
        <w:rPr>
          <w:sz w:val="24"/>
          <w:szCs w:val="24"/>
        </w:rPr>
      </w:pPr>
      <w:r w:rsidRPr="00471345">
        <w:rPr>
          <w:sz w:val="24"/>
          <w:szCs w:val="24"/>
        </w:rPr>
        <w:t>Ngày sinh: .............................................  Quốc tịch: .................................................................</w:t>
      </w:r>
    </w:p>
    <w:p w:rsidR="001B2750" w:rsidRPr="00471345" w:rsidRDefault="004079AD">
      <w:pPr>
        <w:rPr>
          <w:sz w:val="24"/>
          <w:szCs w:val="24"/>
        </w:rPr>
      </w:pPr>
      <w:r w:rsidRPr="00471345">
        <w:rPr>
          <w:sz w:val="24"/>
          <w:szCs w:val="24"/>
        </w:rPr>
        <w:t>CCCD số: .................................................. cấp ngày ....................... tại ........................................</w:t>
      </w:r>
    </w:p>
    <w:p w:rsidR="001B2750" w:rsidRPr="00471345" w:rsidRDefault="004079AD">
      <w:pPr>
        <w:rPr>
          <w:sz w:val="24"/>
          <w:szCs w:val="24"/>
        </w:rPr>
      </w:pPr>
      <w:r w:rsidRPr="00471345">
        <w:rPr>
          <w:sz w:val="24"/>
          <w:szCs w:val="24"/>
        </w:rPr>
        <w:t>Địa chỉ liên lạc/cư trú: ..................................................................................................................</w:t>
      </w:r>
    </w:p>
    <w:p w:rsidR="001B2750" w:rsidRPr="00471345" w:rsidRDefault="004079AD">
      <w:pPr>
        <w:rPr>
          <w:sz w:val="24"/>
          <w:szCs w:val="24"/>
        </w:rPr>
      </w:pPr>
      <w:r w:rsidRPr="00471345">
        <w:rPr>
          <w:sz w:val="24"/>
          <w:szCs w:val="24"/>
        </w:rPr>
        <w:t>Điện thoại: ................................................  Email: .......................................................................</w:t>
      </w:r>
    </w:p>
    <w:p w:rsidR="001B2750" w:rsidRPr="00471345" w:rsidRDefault="004079AD">
      <w:pPr>
        <w:rPr>
          <w:sz w:val="24"/>
          <w:szCs w:val="24"/>
        </w:rPr>
      </w:pPr>
      <w:r w:rsidRPr="00471345">
        <w:rPr>
          <w:sz w:val="24"/>
          <w:szCs w:val="24"/>
        </w:rPr>
        <w:t>Trình độ/chuyên môn: ....................................................................................................................</w:t>
      </w:r>
    </w:p>
    <w:p w:rsidR="001B2750" w:rsidRPr="00471345" w:rsidRDefault="004079AD">
      <w:pPr>
        <w:rPr>
          <w:sz w:val="24"/>
          <w:szCs w:val="24"/>
        </w:rPr>
      </w:pPr>
      <w:r w:rsidRPr="00471345">
        <w:rPr>
          <w:sz w:val="24"/>
          <w:szCs w:val="24"/>
        </w:rPr>
        <w:t>Sau đây gọi là “Người lao động” hoặc “</w:t>
      </w:r>
      <w:r w:rsidRPr="000A13EC">
        <w:rPr>
          <w:b/>
          <w:sz w:val="24"/>
          <w:szCs w:val="24"/>
        </w:rPr>
        <w:t>Bên B</w:t>
      </w:r>
      <w:r w:rsidRPr="00471345">
        <w:rPr>
          <w:sz w:val="24"/>
          <w:szCs w:val="24"/>
        </w:rPr>
        <w:t>”.</w:t>
      </w:r>
    </w:p>
    <w:p w:rsidR="001B2750" w:rsidRPr="00471345" w:rsidRDefault="004079AD">
      <w:pPr>
        <w:rPr>
          <w:sz w:val="24"/>
          <w:szCs w:val="24"/>
        </w:rPr>
      </w:pPr>
      <w:r w:rsidRPr="00471345">
        <w:rPr>
          <w:sz w:val="24"/>
          <w:szCs w:val="24"/>
        </w:rPr>
        <w:t>Hai bên thống nhất ký Hợp đồng thử việc với các điều khoản sau:</w:t>
      </w:r>
    </w:p>
    <w:p w:rsidR="001B2750" w:rsidRPr="00471345" w:rsidRDefault="004079AD" w:rsidP="00471345">
      <w:pPr>
        <w:spacing w:after="100"/>
        <w:ind w:firstLine="720"/>
        <w:rPr>
          <w:sz w:val="24"/>
          <w:szCs w:val="24"/>
        </w:rPr>
      </w:pPr>
      <w:r w:rsidRPr="00471345">
        <w:rPr>
          <w:b/>
          <w:sz w:val="24"/>
          <w:szCs w:val="24"/>
        </w:rPr>
        <w:t>ĐIỀU 1. NỘI DUNG THỬ VIỆC</w:t>
      </w:r>
    </w:p>
    <w:p w:rsidR="001B2750" w:rsidRPr="00471345" w:rsidRDefault="004079AD">
      <w:pPr>
        <w:spacing w:after="60"/>
        <w:rPr>
          <w:sz w:val="24"/>
          <w:szCs w:val="24"/>
        </w:rPr>
      </w:pPr>
      <w:r w:rsidRPr="00471345">
        <w:rPr>
          <w:b/>
          <w:sz w:val="24"/>
          <w:szCs w:val="24"/>
        </w:rPr>
        <w:t xml:space="preserve">1.1.  </w:t>
      </w:r>
      <w:r w:rsidRPr="00471345">
        <w:rPr>
          <w:sz w:val="24"/>
          <w:szCs w:val="24"/>
        </w:rPr>
        <w:t>Thời gian thử việc: …… ngày, từ ngày ……/……/2026 đến hết ngày ……/……/2026, phù hợp với tính chất và mức độ phức tạp của công việc theo quy định pháp luật.</w:t>
      </w:r>
    </w:p>
    <w:p w:rsidR="001B2750" w:rsidRPr="00471345" w:rsidRDefault="004079AD">
      <w:pPr>
        <w:spacing w:after="60"/>
        <w:rPr>
          <w:sz w:val="24"/>
          <w:szCs w:val="24"/>
        </w:rPr>
      </w:pPr>
      <w:r w:rsidRPr="00471345">
        <w:rPr>
          <w:b/>
          <w:sz w:val="24"/>
          <w:szCs w:val="24"/>
        </w:rPr>
        <w:t xml:space="preserve">1.2.  </w:t>
      </w:r>
      <w:r w:rsidRPr="00471345">
        <w:rPr>
          <w:sz w:val="24"/>
          <w:szCs w:val="24"/>
        </w:rPr>
        <w:t>Vị trí thử việc: ........................</w:t>
      </w:r>
      <w:r w:rsidR="000A13EC">
        <w:rPr>
          <w:sz w:val="24"/>
          <w:szCs w:val="24"/>
        </w:rPr>
        <w:t>.........</w:t>
      </w:r>
      <w:r w:rsidRPr="00471345">
        <w:rPr>
          <w:sz w:val="24"/>
          <w:szCs w:val="24"/>
        </w:rPr>
        <w:t xml:space="preserve">  Phòng/Bộ phận: ............................................................</w:t>
      </w:r>
    </w:p>
    <w:p w:rsidR="001B2750" w:rsidRPr="00471345" w:rsidRDefault="004079AD">
      <w:pPr>
        <w:spacing w:after="60"/>
        <w:rPr>
          <w:sz w:val="24"/>
          <w:szCs w:val="24"/>
        </w:rPr>
      </w:pPr>
      <w:r w:rsidRPr="00471345">
        <w:rPr>
          <w:b/>
          <w:sz w:val="24"/>
          <w:szCs w:val="24"/>
        </w:rPr>
        <w:t xml:space="preserve">1.3.  </w:t>
      </w:r>
      <w:r w:rsidRPr="00471345">
        <w:rPr>
          <w:sz w:val="24"/>
          <w:szCs w:val="24"/>
        </w:rPr>
        <w:t>Người quản lý trực tiếp/người đánh giá: ...................................................................................</w:t>
      </w:r>
    </w:p>
    <w:p w:rsidR="001B2750" w:rsidRPr="00471345" w:rsidRDefault="004079AD">
      <w:pPr>
        <w:spacing w:after="60"/>
        <w:rPr>
          <w:sz w:val="24"/>
          <w:szCs w:val="24"/>
        </w:rPr>
      </w:pPr>
      <w:r w:rsidRPr="00471345">
        <w:rPr>
          <w:b/>
          <w:sz w:val="24"/>
          <w:szCs w:val="24"/>
        </w:rPr>
        <w:lastRenderedPageBreak/>
        <w:t xml:space="preserve">1.4.  </w:t>
      </w:r>
      <w:r w:rsidRPr="00471345">
        <w:rPr>
          <w:sz w:val="24"/>
          <w:szCs w:val="24"/>
        </w:rPr>
        <w:t xml:space="preserve">Nơi làm việc: </w:t>
      </w:r>
      <w:r w:rsidR="00471345" w:rsidRPr="00471345">
        <w:rPr>
          <w:sz w:val="24"/>
          <w:szCs w:val="24"/>
        </w:rPr>
        <w:t>……</w:t>
      </w:r>
      <w:r w:rsidRPr="00471345">
        <w:rPr>
          <w:sz w:val="24"/>
          <w:szCs w:val="24"/>
        </w:rPr>
        <w:t>.....................................................................................................................</w:t>
      </w:r>
    </w:p>
    <w:p w:rsidR="001B2750" w:rsidRPr="00471345" w:rsidRDefault="004079AD">
      <w:pPr>
        <w:spacing w:after="60"/>
        <w:rPr>
          <w:sz w:val="24"/>
          <w:szCs w:val="24"/>
        </w:rPr>
      </w:pPr>
      <w:r w:rsidRPr="00471345">
        <w:rPr>
          <w:b/>
          <w:sz w:val="24"/>
          <w:szCs w:val="24"/>
        </w:rPr>
        <w:t xml:space="preserve">1.5.  </w:t>
      </w:r>
      <w:r w:rsidRPr="00471345">
        <w:rPr>
          <w:sz w:val="24"/>
          <w:szCs w:val="24"/>
        </w:rPr>
        <w:t>Công việc thử việc thực hiện theo Phụ lục I và các nhiệm vụ phù hợp với chuyên môn do Công ty phân công trong thời gian thử việc.</w:t>
      </w:r>
    </w:p>
    <w:p w:rsidR="001B2750" w:rsidRPr="00471345" w:rsidRDefault="004079AD">
      <w:pPr>
        <w:spacing w:after="60"/>
        <w:rPr>
          <w:sz w:val="24"/>
          <w:szCs w:val="24"/>
        </w:rPr>
      </w:pPr>
      <w:r w:rsidRPr="00471345">
        <w:rPr>
          <w:b/>
          <w:sz w:val="24"/>
          <w:szCs w:val="24"/>
        </w:rPr>
        <w:t xml:space="preserve">1.6.  </w:t>
      </w:r>
      <w:r w:rsidRPr="00471345">
        <w:rPr>
          <w:sz w:val="24"/>
          <w:szCs w:val="24"/>
        </w:rPr>
        <w:t>Nếu thử việc đạt yêu cầu, hai bên thực hiện giao kết hợp đồng lao động phù hợp theo quy định pháp luật và thỏa thuận giữa hai bên. Hợp đồng này không tạo ra cam kết người lao động phải làm việc tối thiểu trong một thời hạn nhất định.</w:t>
      </w:r>
    </w:p>
    <w:p w:rsidR="001B2750" w:rsidRPr="00471345" w:rsidRDefault="004079AD" w:rsidP="00471345">
      <w:pPr>
        <w:spacing w:after="100"/>
        <w:ind w:firstLine="720"/>
        <w:rPr>
          <w:sz w:val="24"/>
          <w:szCs w:val="24"/>
        </w:rPr>
      </w:pPr>
      <w:r w:rsidRPr="00471345">
        <w:rPr>
          <w:b/>
          <w:sz w:val="24"/>
          <w:szCs w:val="24"/>
        </w:rPr>
        <w:t>ĐIỀU 2. THỜI GIỜ LÀM VIỆC, NGHỈ NGƠI VÀ ĐỊA ĐIỂM</w:t>
      </w:r>
    </w:p>
    <w:p w:rsidR="001B2750" w:rsidRPr="00471345" w:rsidRDefault="004079AD">
      <w:pPr>
        <w:spacing w:after="60"/>
        <w:rPr>
          <w:sz w:val="24"/>
          <w:szCs w:val="24"/>
        </w:rPr>
      </w:pPr>
      <w:r w:rsidRPr="00471345">
        <w:rPr>
          <w:b/>
          <w:sz w:val="24"/>
          <w:szCs w:val="24"/>
        </w:rPr>
        <w:t xml:space="preserve">2.1.  </w:t>
      </w:r>
      <w:r w:rsidRPr="00471345">
        <w:rPr>
          <w:sz w:val="24"/>
          <w:szCs w:val="24"/>
        </w:rPr>
        <w:t>Thời giờ làm việc: …… giờ/ngày, …… ngày/tuần, từ …… đến ……; lịch làm việc có thể được điều chỉnh phù hợp hoạt động sản xuất kinh doanh và quy định của Công ty.</w:t>
      </w:r>
    </w:p>
    <w:p w:rsidR="001B2750" w:rsidRPr="00471345" w:rsidRDefault="004079AD">
      <w:pPr>
        <w:spacing w:after="60"/>
        <w:rPr>
          <w:sz w:val="24"/>
          <w:szCs w:val="24"/>
        </w:rPr>
      </w:pPr>
      <w:r w:rsidRPr="00471345">
        <w:rPr>
          <w:b/>
          <w:sz w:val="24"/>
          <w:szCs w:val="24"/>
        </w:rPr>
        <w:t xml:space="preserve">2.2.  </w:t>
      </w:r>
      <w:r w:rsidRPr="00471345">
        <w:rPr>
          <w:sz w:val="24"/>
          <w:szCs w:val="24"/>
        </w:rPr>
        <w:t>Thời gian nghỉ giữa giờ, nghỉ hằng tuần, nghỉ lễ, tết và các chế độ liên quan được thực hiện theo pháp luật và quy định hợp pháp của Công ty.</w:t>
      </w:r>
    </w:p>
    <w:p w:rsidR="001B2750" w:rsidRPr="00471345" w:rsidRDefault="004079AD">
      <w:pPr>
        <w:spacing w:after="60"/>
        <w:rPr>
          <w:sz w:val="24"/>
          <w:szCs w:val="24"/>
        </w:rPr>
      </w:pPr>
      <w:r w:rsidRPr="00471345">
        <w:rPr>
          <w:b/>
          <w:sz w:val="24"/>
          <w:szCs w:val="24"/>
        </w:rPr>
        <w:t xml:space="preserve">2.3.  </w:t>
      </w:r>
      <w:r w:rsidRPr="00471345">
        <w:rPr>
          <w:sz w:val="24"/>
          <w:szCs w:val="24"/>
        </w:rPr>
        <w:t>Làm thêm giờ chỉ thực hiện khi có yêu cầu/thỏa thuận phù hợp và được xử lý theo quy định pháp luật.</w:t>
      </w:r>
    </w:p>
    <w:p w:rsidR="001B2750" w:rsidRPr="00471345" w:rsidRDefault="004079AD" w:rsidP="00471345">
      <w:pPr>
        <w:spacing w:after="100"/>
        <w:ind w:firstLine="720"/>
        <w:rPr>
          <w:sz w:val="24"/>
          <w:szCs w:val="24"/>
        </w:rPr>
      </w:pPr>
      <w:r w:rsidRPr="00471345">
        <w:rPr>
          <w:b/>
          <w:sz w:val="24"/>
          <w:szCs w:val="24"/>
        </w:rPr>
        <w:t>ĐIỀU 3. TIỀN LƯƠNG THỬ VIỆC, PHỤ CẤP VÀ THƯỞNG</w:t>
      </w:r>
    </w:p>
    <w:p w:rsidR="001B2750" w:rsidRPr="00471345" w:rsidRDefault="004079AD">
      <w:pPr>
        <w:spacing w:after="60"/>
        <w:rPr>
          <w:sz w:val="24"/>
          <w:szCs w:val="24"/>
        </w:rPr>
      </w:pPr>
      <w:r w:rsidRPr="00471345">
        <w:rPr>
          <w:b/>
          <w:sz w:val="24"/>
          <w:szCs w:val="24"/>
        </w:rPr>
        <w:t xml:space="preserve">3.1.  </w:t>
      </w:r>
      <w:r w:rsidRPr="00471345">
        <w:rPr>
          <w:sz w:val="24"/>
          <w:szCs w:val="24"/>
        </w:rPr>
        <w:t>Mức lương thử việc: ................................ đồng/tháng (bằng chữ: ....................................................................................), bảo đảm không thấp hơn mức pháp luật quy định.</w:t>
      </w:r>
    </w:p>
    <w:p w:rsidR="001B2750" w:rsidRPr="00471345" w:rsidRDefault="004079AD">
      <w:pPr>
        <w:spacing w:after="60"/>
        <w:rPr>
          <w:sz w:val="24"/>
          <w:szCs w:val="24"/>
        </w:rPr>
      </w:pPr>
      <w:r w:rsidRPr="00471345">
        <w:rPr>
          <w:b/>
          <w:sz w:val="24"/>
          <w:szCs w:val="24"/>
        </w:rPr>
        <w:t xml:space="preserve">3.2.  </w:t>
      </w:r>
      <w:r w:rsidRPr="00471345">
        <w:rPr>
          <w:sz w:val="24"/>
          <w:szCs w:val="24"/>
        </w:rPr>
        <w:t>Tiền lương thử việc được tính theo ngày công thực tế nếu người lao động không làm đủ tháng: mức lương tháng / số ngày công chuẩn của tháng × số ngày làm việc thực tế, hoặc theo phương pháp khác do hai bên thỏa thuận phù hợp pháp luật.</w:t>
      </w:r>
    </w:p>
    <w:p w:rsidR="001B2750" w:rsidRPr="00471345" w:rsidRDefault="004079AD">
      <w:pPr>
        <w:spacing w:after="60"/>
        <w:rPr>
          <w:sz w:val="24"/>
          <w:szCs w:val="24"/>
        </w:rPr>
      </w:pPr>
      <w:r w:rsidRPr="00471345">
        <w:rPr>
          <w:b/>
          <w:sz w:val="24"/>
          <w:szCs w:val="24"/>
        </w:rPr>
        <w:t xml:space="preserve">3.3.  </w:t>
      </w:r>
      <w:r w:rsidRPr="00471345">
        <w:rPr>
          <w:sz w:val="24"/>
          <w:szCs w:val="24"/>
        </w:rPr>
        <w:t>Phụ cấp/hỗ trợ trong thời gian thử việc (nếu có): theo Phụ lục II hoặc quyết định/chính sách áp dụng của Công ty.</w:t>
      </w:r>
    </w:p>
    <w:p w:rsidR="001B2750" w:rsidRPr="00471345" w:rsidRDefault="004079AD">
      <w:pPr>
        <w:spacing w:after="60"/>
        <w:rPr>
          <w:sz w:val="24"/>
          <w:szCs w:val="24"/>
        </w:rPr>
      </w:pPr>
      <w:r w:rsidRPr="00471345">
        <w:rPr>
          <w:b/>
          <w:sz w:val="24"/>
          <w:szCs w:val="24"/>
        </w:rPr>
        <w:t xml:space="preserve">3.4.  </w:t>
      </w:r>
      <w:r w:rsidRPr="00471345">
        <w:rPr>
          <w:sz w:val="24"/>
          <w:szCs w:val="24"/>
        </w:rPr>
        <w:t>Thưởng, KPI hoặc khoản bổ sung khác (nếu có) chỉ phát sinh khi người lao động đáp ứng điều kiện của chính sách áp dụng và được Công ty xác nhận.</w:t>
      </w:r>
    </w:p>
    <w:p w:rsidR="001B2750" w:rsidRPr="00471345" w:rsidRDefault="004079AD">
      <w:pPr>
        <w:spacing w:after="60"/>
        <w:rPr>
          <w:sz w:val="24"/>
          <w:szCs w:val="24"/>
        </w:rPr>
      </w:pPr>
      <w:r w:rsidRPr="00471345">
        <w:rPr>
          <w:b/>
          <w:sz w:val="24"/>
          <w:szCs w:val="24"/>
        </w:rPr>
        <w:t xml:space="preserve">3.5.  </w:t>
      </w:r>
      <w:r w:rsidRPr="00471345">
        <w:rPr>
          <w:sz w:val="24"/>
          <w:szCs w:val="24"/>
        </w:rPr>
        <w:t>Hình thức trả lương: chuyển khoản vào tài khoản do Người lao động cung cấp hoặc hình thức hợp pháp khác. Thời điểm trả lương: ngày …… của tháng kế tiếp.</w:t>
      </w:r>
    </w:p>
    <w:p w:rsidR="001B2750" w:rsidRPr="00471345" w:rsidRDefault="004079AD">
      <w:pPr>
        <w:spacing w:after="60"/>
        <w:rPr>
          <w:sz w:val="24"/>
          <w:szCs w:val="24"/>
        </w:rPr>
      </w:pPr>
      <w:r w:rsidRPr="00471345">
        <w:rPr>
          <w:b/>
          <w:sz w:val="24"/>
          <w:szCs w:val="24"/>
        </w:rPr>
        <w:t xml:space="preserve">3.6.  </w:t>
      </w:r>
      <w:r w:rsidRPr="00471345">
        <w:rPr>
          <w:sz w:val="24"/>
          <w:szCs w:val="24"/>
        </w:rPr>
        <w:t>Công ty không giữ lương, đặt cọc hoặc yêu cầu Người lao động dùng tiền/tài sản để bảo đảm thực hiện Hợp đồng trái quy định pháp luật.</w:t>
      </w:r>
    </w:p>
    <w:p w:rsidR="001B2750" w:rsidRPr="00471345" w:rsidRDefault="004079AD" w:rsidP="00471345">
      <w:pPr>
        <w:spacing w:after="100"/>
        <w:ind w:firstLine="720"/>
        <w:rPr>
          <w:sz w:val="24"/>
          <w:szCs w:val="24"/>
        </w:rPr>
      </w:pPr>
      <w:r w:rsidRPr="00471345">
        <w:rPr>
          <w:b/>
          <w:sz w:val="24"/>
          <w:szCs w:val="24"/>
        </w:rPr>
        <w:t>ĐIỀU 4. ĐÁNH GIÁ VÀ KẾT QUẢ THỬ VIỆC</w:t>
      </w:r>
    </w:p>
    <w:p w:rsidR="001B2750" w:rsidRPr="00471345" w:rsidRDefault="004079AD">
      <w:pPr>
        <w:spacing w:after="60"/>
        <w:rPr>
          <w:sz w:val="24"/>
          <w:szCs w:val="24"/>
        </w:rPr>
      </w:pPr>
      <w:r w:rsidRPr="00471345">
        <w:rPr>
          <w:b/>
          <w:sz w:val="24"/>
          <w:szCs w:val="24"/>
        </w:rPr>
        <w:t xml:space="preserve">4.1.  </w:t>
      </w:r>
      <w:r w:rsidRPr="00471345">
        <w:rPr>
          <w:sz w:val="24"/>
          <w:szCs w:val="24"/>
        </w:rPr>
        <w:t>Việc đánh giá dựa trên Phụ lục I, kết quả thực hiện công việc, chất lượng, tiến độ, ý thức tuân thủ nội quy và các tiêu chí đã thông báo.</w:t>
      </w:r>
    </w:p>
    <w:p w:rsidR="001B2750" w:rsidRPr="00471345" w:rsidRDefault="004079AD">
      <w:pPr>
        <w:spacing w:after="60"/>
        <w:rPr>
          <w:sz w:val="24"/>
          <w:szCs w:val="24"/>
        </w:rPr>
      </w:pPr>
      <w:r w:rsidRPr="00471345">
        <w:rPr>
          <w:b/>
          <w:sz w:val="24"/>
          <w:szCs w:val="24"/>
        </w:rPr>
        <w:t xml:space="preserve">4.2.  </w:t>
      </w:r>
      <w:r w:rsidRPr="00471345">
        <w:rPr>
          <w:sz w:val="24"/>
          <w:szCs w:val="24"/>
        </w:rPr>
        <w:t>Người lao động được xác định đạt yêu cầu khi đáp ứng các tiêu chí đánh giá đã thống nhất và không có vi phạm nghiêm trọng ảnh hưởng đến công việc, tài sản, an toàn hoặc bảo mật của Công ty.</w:t>
      </w:r>
    </w:p>
    <w:p w:rsidR="001B2750" w:rsidRPr="00471345" w:rsidRDefault="004079AD">
      <w:pPr>
        <w:spacing w:after="60"/>
        <w:rPr>
          <w:sz w:val="24"/>
          <w:szCs w:val="24"/>
        </w:rPr>
      </w:pPr>
      <w:r w:rsidRPr="00471345">
        <w:rPr>
          <w:b/>
          <w:sz w:val="24"/>
          <w:szCs w:val="24"/>
        </w:rPr>
        <w:t xml:space="preserve">4.3.  </w:t>
      </w:r>
      <w:r w:rsidRPr="00471345">
        <w:rPr>
          <w:sz w:val="24"/>
          <w:szCs w:val="24"/>
        </w:rPr>
        <w:t>Công ty thông báo kết quả thử việc bằng văn bản, email hoặc hình thức thông báo phù hợp.</w:t>
      </w:r>
    </w:p>
    <w:p w:rsidR="001B2750" w:rsidRPr="00471345" w:rsidRDefault="004079AD">
      <w:pPr>
        <w:spacing w:after="60"/>
        <w:rPr>
          <w:sz w:val="24"/>
          <w:szCs w:val="24"/>
        </w:rPr>
      </w:pPr>
      <w:r w:rsidRPr="00471345">
        <w:rPr>
          <w:b/>
          <w:sz w:val="24"/>
          <w:szCs w:val="24"/>
        </w:rPr>
        <w:t xml:space="preserve">4.4.  </w:t>
      </w:r>
      <w:r w:rsidRPr="00471345">
        <w:rPr>
          <w:sz w:val="24"/>
          <w:szCs w:val="24"/>
        </w:rPr>
        <w:t>Nếu đạt yêu cầu, Công ty và Người lao động thực hiện giao kết hợp đồng lao động theo quy định. Nếu không đạt yêu cầu, việc thử việc chấm dứt theo quy định pháp luật.</w:t>
      </w:r>
    </w:p>
    <w:p w:rsidR="001B2750" w:rsidRPr="00471345" w:rsidRDefault="004079AD">
      <w:pPr>
        <w:spacing w:after="60"/>
        <w:rPr>
          <w:sz w:val="24"/>
          <w:szCs w:val="24"/>
        </w:rPr>
      </w:pPr>
      <w:r w:rsidRPr="00471345">
        <w:rPr>
          <w:b/>
          <w:sz w:val="24"/>
          <w:szCs w:val="24"/>
        </w:rPr>
        <w:t xml:space="preserve">4.5.  </w:t>
      </w:r>
      <w:r w:rsidRPr="00471345">
        <w:rPr>
          <w:sz w:val="24"/>
          <w:szCs w:val="24"/>
        </w:rPr>
        <w:t>Không áp dụng điều khoản buộc Người lao động phải tiếp tục làm việc tối thiểu một thời hạn cố định hoặc bồi thường 100% chi phí/lương chỉ vì Người lao động không tiếp tục làm việc sau thử việc.</w:t>
      </w:r>
    </w:p>
    <w:p w:rsidR="001B2750" w:rsidRPr="00471345" w:rsidRDefault="004079AD" w:rsidP="00471345">
      <w:pPr>
        <w:spacing w:after="100"/>
        <w:ind w:firstLine="720"/>
        <w:rPr>
          <w:sz w:val="24"/>
          <w:szCs w:val="24"/>
        </w:rPr>
      </w:pPr>
      <w:r w:rsidRPr="00471345">
        <w:rPr>
          <w:b/>
          <w:sz w:val="24"/>
          <w:szCs w:val="24"/>
        </w:rPr>
        <w:t>ĐIỀU 5. QUYỀN VÀ NGHĨA VỤ CỦA NGƯỜI LAO ĐỘNG</w:t>
      </w:r>
    </w:p>
    <w:p w:rsidR="001B2750" w:rsidRPr="00471345" w:rsidRDefault="004079AD">
      <w:pPr>
        <w:spacing w:after="60"/>
        <w:rPr>
          <w:sz w:val="24"/>
          <w:szCs w:val="24"/>
        </w:rPr>
      </w:pPr>
      <w:r w:rsidRPr="00471345">
        <w:rPr>
          <w:b/>
          <w:sz w:val="24"/>
          <w:szCs w:val="24"/>
        </w:rPr>
        <w:lastRenderedPageBreak/>
        <w:t xml:space="preserve">5.1.  </w:t>
      </w:r>
      <w:r w:rsidRPr="00471345">
        <w:rPr>
          <w:sz w:val="24"/>
          <w:szCs w:val="24"/>
        </w:rPr>
        <w:t>Thực hiện công việc đúng yêu cầu, tiến độ và chất lượng; chấp hành sự phân công, điều hành hợp pháp của Công ty.</w:t>
      </w:r>
    </w:p>
    <w:p w:rsidR="001B2750" w:rsidRPr="00471345" w:rsidRDefault="004079AD">
      <w:pPr>
        <w:spacing w:after="60"/>
        <w:rPr>
          <w:sz w:val="24"/>
          <w:szCs w:val="24"/>
        </w:rPr>
      </w:pPr>
      <w:r w:rsidRPr="00471345">
        <w:rPr>
          <w:b/>
          <w:sz w:val="24"/>
          <w:szCs w:val="24"/>
        </w:rPr>
        <w:t xml:space="preserve">5.2.  </w:t>
      </w:r>
      <w:r w:rsidRPr="00471345">
        <w:rPr>
          <w:sz w:val="24"/>
          <w:szCs w:val="24"/>
        </w:rPr>
        <w:t>Tuân thủ nội quy lao động, quy định an toàn, bảo mật, phòng cháy chữa cháy, bảo vệ tài sản và các quy trình nghiệp vụ của Công ty.</w:t>
      </w:r>
    </w:p>
    <w:p w:rsidR="001B2750" w:rsidRPr="00471345" w:rsidRDefault="004079AD">
      <w:pPr>
        <w:spacing w:after="60"/>
        <w:rPr>
          <w:sz w:val="24"/>
          <w:szCs w:val="24"/>
        </w:rPr>
      </w:pPr>
      <w:r w:rsidRPr="00471345">
        <w:rPr>
          <w:b/>
          <w:sz w:val="24"/>
          <w:szCs w:val="24"/>
        </w:rPr>
        <w:t xml:space="preserve">5.3.  </w:t>
      </w:r>
      <w:r w:rsidRPr="00471345">
        <w:rPr>
          <w:sz w:val="24"/>
          <w:szCs w:val="24"/>
        </w:rPr>
        <w:t>Cung cấp trung thực thông tin, hồ sơ, bằng cấp, kinh nghiệm; chịu trách nhiệm về tính chính xác của thông tin đã cung cấp.</w:t>
      </w:r>
    </w:p>
    <w:p w:rsidR="001B2750" w:rsidRPr="00471345" w:rsidRDefault="004079AD">
      <w:pPr>
        <w:spacing w:after="60"/>
        <w:rPr>
          <w:sz w:val="24"/>
          <w:szCs w:val="24"/>
        </w:rPr>
      </w:pPr>
      <w:r w:rsidRPr="00471345">
        <w:rPr>
          <w:b/>
          <w:sz w:val="24"/>
          <w:szCs w:val="24"/>
        </w:rPr>
        <w:t xml:space="preserve">5.4.  </w:t>
      </w:r>
      <w:r w:rsidRPr="00471345">
        <w:rPr>
          <w:sz w:val="24"/>
          <w:szCs w:val="24"/>
        </w:rPr>
        <w:t>Bảo quản tài sản, thiết bị, tài khoản và dữ liệu được Công ty giao; hoàn trả đầy đủ khi có yêu cầu hoặc khi chấm dứt thử việc.</w:t>
      </w:r>
    </w:p>
    <w:p w:rsidR="001B2750" w:rsidRPr="00471345" w:rsidRDefault="004079AD">
      <w:pPr>
        <w:spacing w:after="60"/>
        <w:rPr>
          <w:sz w:val="24"/>
          <w:szCs w:val="24"/>
        </w:rPr>
      </w:pPr>
      <w:r w:rsidRPr="00471345">
        <w:rPr>
          <w:b/>
          <w:sz w:val="24"/>
          <w:szCs w:val="24"/>
        </w:rPr>
        <w:t xml:space="preserve">5.5.  </w:t>
      </w:r>
      <w:r w:rsidRPr="00471345">
        <w:rPr>
          <w:sz w:val="24"/>
          <w:szCs w:val="24"/>
        </w:rPr>
        <w:t>Có quyền nhận đủ tiền lương và các khoản được hưởng theo Hợp đồng, chính sách Công ty và pháp luật.</w:t>
      </w:r>
    </w:p>
    <w:p w:rsidR="001B2750" w:rsidRPr="00471345" w:rsidRDefault="004079AD">
      <w:pPr>
        <w:spacing w:after="60"/>
        <w:rPr>
          <w:sz w:val="24"/>
          <w:szCs w:val="24"/>
        </w:rPr>
      </w:pPr>
      <w:r w:rsidRPr="00471345">
        <w:rPr>
          <w:b/>
          <w:sz w:val="24"/>
          <w:szCs w:val="24"/>
        </w:rPr>
        <w:t xml:space="preserve">5.6.  </w:t>
      </w:r>
      <w:r w:rsidRPr="00471345">
        <w:rPr>
          <w:sz w:val="24"/>
          <w:szCs w:val="24"/>
        </w:rPr>
        <w:t>Có quyền đề nghị Công ty giải thích về công việc, tiêu chí đánh giá, tiền lương và các quyền lợi liên quan.</w:t>
      </w:r>
    </w:p>
    <w:p w:rsidR="001B2750" w:rsidRPr="00471345" w:rsidRDefault="004079AD">
      <w:pPr>
        <w:spacing w:after="60"/>
        <w:rPr>
          <w:sz w:val="24"/>
          <w:szCs w:val="24"/>
        </w:rPr>
      </w:pPr>
      <w:r w:rsidRPr="00471345">
        <w:rPr>
          <w:b/>
          <w:sz w:val="24"/>
          <w:szCs w:val="24"/>
        </w:rPr>
        <w:t xml:space="preserve">5.7.  </w:t>
      </w:r>
      <w:r w:rsidRPr="00471345">
        <w:rPr>
          <w:sz w:val="24"/>
          <w:szCs w:val="24"/>
        </w:rPr>
        <w:t>Không tự ý sử dụng tài liệu, dữ liệu, tài sản hoặc thông tin mật của Công ty cho mục đích ngoài công việc.</w:t>
      </w:r>
    </w:p>
    <w:p w:rsidR="001B2750" w:rsidRPr="00471345" w:rsidRDefault="004079AD" w:rsidP="00471345">
      <w:pPr>
        <w:spacing w:after="100"/>
        <w:ind w:firstLine="720"/>
        <w:rPr>
          <w:sz w:val="24"/>
          <w:szCs w:val="24"/>
        </w:rPr>
      </w:pPr>
      <w:r w:rsidRPr="00471345">
        <w:rPr>
          <w:b/>
          <w:sz w:val="24"/>
          <w:szCs w:val="24"/>
        </w:rPr>
        <w:t>ĐIỀU 6. BẢO MẬT, SỞ HỮU TRÍ TUỆ VÀ TÀI SẢN CỦA CÔNG TY</w:t>
      </w:r>
    </w:p>
    <w:p w:rsidR="001B2750" w:rsidRPr="00471345" w:rsidRDefault="004079AD">
      <w:pPr>
        <w:spacing w:after="60"/>
        <w:rPr>
          <w:sz w:val="24"/>
          <w:szCs w:val="24"/>
        </w:rPr>
      </w:pPr>
      <w:r w:rsidRPr="00471345">
        <w:rPr>
          <w:b/>
          <w:sz w:val="24"/>
          <w:szCs w:val="24"/>
        </w:rPr>
        <w:t xml:space="preserve">6.1.  </w:t>
      </w:r>
      <w:r w:rsidRPr="00471345">
        <w:rPr>
          <w:sz w:val="24"/>
          <w:szCs w:val="24"/>
        </w:rPr>
        <w:t>Người lao động không tiết lộ, sao chép hoặc sử dụng trái phép thông tin chưa công khai của Công ty, khách hàng, đối tác, bao gồm thông tin kinh doanh, tài chính, kỹ thuật, dữ liệu khách hàng, giá, nhân sự và tài liệu nội bộ.</w:t>
      </w:r>
    </w:p>
    <w:p w:rsidR="001B2750" w:rsidRPr="00471345" w:rsidRDefault="004079AD">
      <w:pPr>
        <w:spacing w:after="60"/>
        <w:rPr>
          <w:sz w:val="24"/>
          <w:szCs w:val="24"/>
        </w:rPr>
      </w:pPr>
      <w:r w:rsidRPr="00471345">
        <w:rPr>
          <w:b/>
          <w:sz w:val="24"/>
          <w:szCs w:val="24"/>
        </w:rPr>
        <w:t xml:space="preserve">6.2.  </w:t>
      </w:r>
      <w:r w:rsidRPr="00471345">
        <w:rPr>
          <w:sz w:val="24"/>
          <w:szCs w:val="24"/>
        </w:rPr>
        <w:t>Đối với kết quả công việc do Người lao động tạo ra trong phạm vi nhiệm vụ được giao hoặc có sử dụng đáng kể nguồn lực của Công ty, quyền sở hữu và việc sử dụng được thực hiện theo pháp luật và thỏa thuận cụ thể phù hợp với từng loại tài sản trí tuệ.</w:t>
      </w:r>
    </w:p>
    <w:p w:rsidR="001B2750" w:rsidRPr="00471345" w:rsidRDefault="004079AD">
      <w:pPr>
        <w:spacing w:after="60"/>
        <w:rPr>
          <w:sz w:val="24"/>
          <w:szCs w:val="24"/>
        </w:rPr>
      </w:pPr>
      <w:r w:rsidRPr="00471345">
        <w:rPr>
          <w:b/>
          <w:sz w:val="24"/>
          <w:szCs w:val="24"/>
        </w:rPr>
        <w:t xml:space="preserve">6.3.  </w:t>
      </w:r>
      <w:r w:rsidRPr="00471345">
        <w:rPr>
          <w:sz w:val="24"/>
          <w:szCs w:val="24"/>
        </w:rPr>
        <w:t>Tài sản, thiết bị, tài khoản và dữ liệu do Công ty cấp chỉ được sử dụng phục vụ công việc. Người lao động có trách nhiệm bảo mật thông tin đăng nhập và báo ngay khi có nguy cơ mất an toàn.</w:t>
      </w:r>
    </w:p>
    <w:p w:rsidR="001B2750" w:rsidRPr="00471345" w:rsidRDefault="004079AD">
      <w:pPr>
        <w:spacing w:after="60"/>
        <w:rPr>
          <w:sz w:val="24"/>
          <w:szCs w:val="24"/>
        </w:rPr>
      </w:pPr>
      <w:r w:rsidRPr="00471345">
        <w:rPr>
          <w:b/>
          <w:sz w:val="24"/>
          <w:szCs w:val="24"/>
        </w:rPr>
        <w:t xml:space="preserve">6.4.  </w:t>
      </w:r>
      <w:r w:rsidRPr="00471345">
        <w:rPr>
          <w:sz w:val="24"/>
          <w:szCs w:val="24"/>
        </w:rPr>
        <w:t>Các thỏa thuận bảo mật hoặc sở hữu trí tuệ riêng, nếu có, được lập thành văn bản và là bộ phận liên quan của hồ sơ làm việc.</w:t>
      </w:r>
    </w:p>
    <w:p w:rsidR="001B2750" w:rsidRPr="00471345" w:rsidRDefault="004079AD" w:rsidP="00471345">
      <w:pPr>
        <w:spacing w:after="100"/>
        <w:ind w:firstLine="720"/>
        <w:rPr>
          <w:sz w:val="24"/>
          <w:szCs w:val="24"/>
        </w:rPr>
      </w:pPr>
      <w:r w:rsidRPr="00471345">
        <w:rPr>
          <w:b/>
          <w:sz w:val="24"/>
          <w:szCs w:val="24"/>
        </w:rPr>
        <w:t>ĐIỀU 7. HỦY BỎ THỎA THUẬN THỬ VIỆC VÀ BÀN GIAO</w:t>
      </w:r>
    </w:p>
    <w:p w:rsidR="001B2750" w:rsidRPr="00471345" w:rsidRDefault="004079AD">
      <w:pPr>
        <w:spacing w:after="60"/>
        <w:rPr>
          <w:sz w:val="24"/>
          <w:szCs w:val="24"/>
        </w:rPr>
      </w:pPr>
      <w:r w:rsidRPr="00471345">
        <w:rPr>
          <w:b/>
          <w:sz w:val="24"/>
          <w:szCs w:val="24"/>
        </w:rPr>
        <w:t xml:space="preserve">7.1.  </w:t>
      </w:r>
      <w:r w:rsidRPr="00471345">
        <w:rPr>
          <w:sz w:val="24"/>
          <w:szCs w:val="24"/>
        </w:rPr>
        <w:t>Trong thời gian thử việc, mỗi bên có quyền hủy bỏ thỏa thuận thử việc mà không cần báo trước và không phải bồi thường theo quy định pháp luật nếu việc thử không đạt yêu cầu đã thỏa thuận.</w:t>
      </w:r>
    </w:p>
    <w:p w:rsidR="001B2750" w:rsidRPr="00471345" w:rsidRDefault="004079AD">
      <w:pPr>
        <w:spacing w:after="60"/>
        <w:rPr>
          <w:sz w:val="24"/>
          <w:szCs w:val="24"/>
        </w:rPr>
      </w:pPr>
      <w:r w:rsidRPr="00471345">
        <w:rPr>
          <w:b/>
          <w:sz w:val="24"/>
          <w:szCs w:val="24"/>
        </w:rPr>
        <w:t xml:space="preserve">7.2.  </w:t>
      </w:r>
      <w:r w:rsidRPr="00471345">
        <w:rPr>
          <w:sz w:val="24"/>
          <w:szCs w:val="24"/>
        </w:rPr>
        <w:t>Khi chấm dứt thử việc, Người lao động có trách nhiệm bàn giao công việc, tài liệu, dữ liệu, tài khoản, thiết bị và tài sản Công ty đang quản lý.</w:t>
      </w:r>
    </w:p>
    <w:p w:rsidR="001B2750" w:rsidRPr="00471345" w:rsidRDefault="004079AD">
      <w:pPr>
        <w:spacing w:after="60"/>
        <w:rPr>
          <w:sz w:val="24"/>
          <w:szCs w:val="24"/>
        </w:rPr>
      </w:pPr>
      <w:r w:rsidRPr="00471345">
        <w:rPr>
          <w:b/>
          <w:sz w:val="24"/>
          <w:szCs w:val="24"/>
        </w:rPr>
        <w:t xml:space="preserve">7.3.  </w:t>
      </w:r>
      <w:r w:rsidRPr="00471345">
        <w:rPr>
          <w:sz w:val="24"/>
          <w:szCs w:val="24"/>
        </w:rPr>
        <w:t>Công ty thanh toán tiền lương và các khoản hợp pháp tương ứng với thời gian Người lao động đã làm việc sau khi đối chiếu nghĩa vụ và hồ sơ cần thiết.</w:t>
      </w:r>
    </w:p>
    <w:p w:rsidR="001B2750" w:rsidRPr="00471345" w:rsidRDefault="004079AD">
      <w:pPr>
        <w:spacing w:after="60"/>
        <w:rPr>
          <w:sz w:val="24"/>
          <w:szCs w:val="24"/>
        </w:rPr>
      </w:pPr>
      <w:r w:rsidRPr="00471345">
        <w:rPr>
          <w:b/>
          <w:sz w:val="24"/>
          <w:szCs w:val="24"/>
        </w:rPr>
        <w:t xml:space="preserve">7.4.  </w:t>
      </w:r>
      <w:r w:rsidRPr="00471345">
        <w:rPr>
          <w:sz w:val="24"/>
          <w:szCs w:val="24"/>
        </w:rPr>
        <w:t>Không áp dụng phạt tiền hoặc yêu cầu bồi thường cố định 100% tiền lương/chi phí đào tạo đối với việc Người lao động hủy bỏ thỏa thuận thử việc theo đúng quyền pháp luật.</w:t>
      </w:r>
    </w:p>
    <w:p w:rsidR="001B2750" w:rsidRPr="00471345" w:rsidRDefault="004079AD" w:rsidP="00471345">
      <w:pPr>
        <w:spacing w:after="100"/>
        <w:ind w:firstLine="720"/>
        <w:rPr>
          <w:sz w:val="24"/>
          <w:szCs w:val="24"/>
        </w:rPr>
      </w:pPr>
      <w:r w:rsidRPr="00471345">
        <w:rPr>
          <w:b/>
          <w:sz w:val="24"/>
          <w:szCs w:val="24"/>
        </w:rPr>
        <w:t>ĐIỀU 8. DỮ LIỆU CÁ NHÂN</w:t>
      </w:r>
    </w:p>
    <w:p w:rsidR="001B2750" w:rsidRPr="00471345" w:rsidRDefault="004079AD">
      <w:pPr>
        <w:spacing w:after="60"/>
        <w:rPr>
          <w:sz w:val="24"/>
          <w:szCs w:val="24"/>
        </w:rPr>
      </w:pPr>
      <w:r w:rsidRPr="00471345">
        <w:rPr>
          <w:b/>
          <w:sz w:val="24"/>
          <w:szCs w:val="24"/>
        </w:rPr>
        <w:t xml:space="preserve">8.1.  </w:t>
      </w:r>
      <w:r w:rsidRPr="00471345">
        <w:rPr>
          <w:sz w:val="24"/>
          <w:szCs w:val="24"/>
        </w:rPr>
        <w:t>Người lao động đồng ý để Công ty thu thập và xử lý dữ liệu cá nhân cần thiết cho tuyển dụng, quản lý nhân sự, trả lương, đánh giá thử việc, bảo đảm an toàn và thực hiện nghĩa vụ pháp lý, trong phạm vi pháp luật cho phép.</w:t>
      </w:r>
    </w:p>
    <w:p w:rsidR="001B2750" w:rsidRPr="00471345" w:rsidRDefault="004079AD">
      <w:pPr>
        <w:spacing w:after="60"/>
        <w:rPr>
          <w:sz w:val="24"/>
          <w:szCs w:val="24"/>
        </w:rPr>
      </w:pPr>
      <w:r w:rsidRPr="00471345">
        <w:rPr>
          <w:b/>
          <w:sz w:val="24"/>
          <w:szCs w:val="24"/>
        </w:rPr>
        <w:lastRenderedPageBreak/>
        <w:t xml:space="preserve">8.2.  </w:t>
      </w:r>
      <w:r w:rsidRPr="00471345">
        <w:rPr>
          <w:sz w:val="24"/>
          <w:szCs w:val="24"/>
        </w:rPr>
        <w:t>Công ty thực hiện việc lưu trữ, bảo mật và sử dụng dữ liệu cá nhân theo quy định pháp luật hiện hành và chính sách bảo vệ dữ liệu của Công ty (nếu có).</w:t>
      </w:r>
    </w:p>
    <w:p w:rsidR="001B2750" w:rsidRPr="00471345" w:rsidRDefault="004079AD" w:rsidP="00471345">
      <w:pPr>
        <w:spacing w:after="100"/>
        <w:ind w:firstLine="720"/>
        <w:rPr>
          <w:sz w:val="24"/>
          <w:szCs w:val="24"/>
        </w:rPr>
      </w:pPr>
      <w:r w:rsidRPr="00471345">
        <w:rPr>
          <w:b/>
          <w:sz w:val="24"/>
          <w:szCs w:val="24"/>
        </w:rPr>
        <w:t>ĐIỀU 9. ĐIỀU KHOẢN CHUNG</w:t>
      </w:r>
    </w:p>
    <w:p w:rsidR="001B2750" w:rsidRPr="00471345" w:rsidRDefault="004079AD">
      <w:pPr>
        <w:spacing w:after="60"/>
        <w:rPr>
          <w:sz w:val="24"/>
          <w:szCs w:val="24"/>
        </w:rPr>
      </w:pPr>
      <w:r w:rsidRPr="00471345">
        <w:rPr>
          <w:b/>
          <w:sz w:val="24"/>
          <w:szCs w:val="24"/>
        </w:rPr>
        <w:t xml:space="preserve">9.1.  </w:t>
      </w:r>
      <w:r w:rsidRPr="00471345">
        <w:rPr>
          <w:sz w:val="24"/>
          <w:szCs w:val="24"/>
        </w:rPr>
        <w:t>Hợp đồng có hiệu lực từ ngày ……/……/2026 hoặc từ ngày các bên ký, tùy thỏa thuận ghi nhận tại Hợp đồng.</w:t>
      </w:r>
    </w:p>
    <w:p w:rsidR="001B2750" w:rsidRPr="00471345" w:rsidRDefault="004079AD">
      <w:pPr>
        <w:spacing w:after="60"/>
        <w:rPr>
          <w:sz w:val="24"/>
          <w:szCs w:val="24"/>
        </w:rPr>
      </w:pPr>
      <w:r w:rsidRPr="00471345">
        <w:rPr>
          <w:b/>
          <w:sz w:val="24"/>
          <w:szCs w:val="24"/>
        </w:rPr>
        <w:t xml:space="preserve">9.2.  </w:t>
      </w:r>
      <w:r w:rsidRPr="00471345">
        <w:rPr>
          <w:sz w:val="24"/>
          <w:szCs w:val="24"/>
        </w:rPr>
        <w:t>Nội dung chưa quy định tại Hợp đồng được thực hiện theo pháp luật lao động, nội quy lao động và quy chế hợp pháp của Công ty.</w:t>
      </w:r>
    </w:p>
    <w:p w:rsidR="001B2750" w:rsidRPr="00471345" w:rsidRDefault="004079AD">
      <w:pPr>
        <w:spacing w:after="60"/>
        <w:rPr>
          <w:sz w:val="24"/>
          <w:szCs w:val="24"/>
        </w:rPr>
      </w:pPr>
      <w:r w:rsidRPr="00471345">
        <w:rPr>
          <w:b/>
          <w:sz w:val="24"/>
          <w:szCs w:val="24"/>
        </w:rPr>
        <w:t xml:space="preserve">9.3.  </w:t>
      </w:r>
      <w:r w:rsidRPr="00471345">
        <w:rPr>
          <w:sz w:val="24"/>
          <w:szCs w:val="24"/>
        </w:rPr>
        <w:t>Mọi sửa đổi, bổ sung Hợp đồng phải được hai bên thống nhất bằng văn bản hoặc hình thức hợp pháp khác.</w:t>
      </w:r>
    </w:p>
    <w:p w:rsidR="001B2750" w:rsidRPr="00471345" w:rsidRDefault="004079AD">
      <w:pPr>
        <w:spacing w:after="60"/>
        <w:rPr>
          <w:sz w:val="24"/>
          <w:szCs w:val="24"/>
        </w:rPr>
      </w:pPr>
      <w:r w:rsidRPr="00471345">
        <w:rPr>
          <w:b/>
          <w:sz w:val="24"/>
          <w:szCs w:val="24"/>
        </w:rPr>
        <w:t xml:space="preserve">9.4.  </w:t>
      </w:r>
      <w:r w:rsidRPr="00471345">
        <w:rPr>
          <w:sz w:val="24"/>
          <w:szCs w:val="24"/>
        </w:rPr>
        <w:t>Nếu một điều khoản của Hợp đồng bị xác định là không có hiệu lực, các điều khoản còn lại vẫn giữ nguyên hiệu lực trong phạm vi pháp luật cho phép.</w:t>
      </w:r>
    </w:p>
    <w:p w:rsidR="001B2750" w:rsidRPr="00471345" w:rsidRDefault="004079AD">
      <w:pPr>
        <w:spacing w:after="60"/>
        <w:rPr>
          <w:sz w:val="24"/>
          <w:szCs w:val="24"/>
        </w:rPr>
      </w:pPr>
      <w:r w:rsidRPr="00471345">
        <w:rPr>
          <w:b/>
          <w:sz w:val="24"/>
          <w:szCs w:val="24"/>
        </w:rPr>
        <w:t xml:space="preserve">9.5.  </w:t>
      </w:r>
      <w:r w:rsidRPr="00471345">
        <w:rPr>
          <w:sz w:val="24"/>
          <w:szCs w:val="24"/>
        </w:rPr>
        <w:t>Hai bên xác nhận đã đọc, hiểu và tự nguyện ký Hợp đồng.</w:t>
      </w:r>
    </w:p>
    <w:p w:rsidR="001B2750" w:rsidRPr="00471345" w:rsidRDefault="004079AD">
      <w:pPr>
        <w:spacing w:after="60"/>
        <w:rPr>
          <w:sz w:val="24"/>
          <w:szCs w:val="24"/>
        </w:rPr>
      </w:pPr>
      <w:r w:rsidRPr="00471345">
        <w:rPr>
          <w:b/>
          <w:sz w:val="24"/>
          <w:szCs w:val="24"/>
        </w:rPr>
        <w:t xml:space="preserve">9.6.  </w:t>
      </w:r>
      <w:r w:rsidRPr="00471345">
        <w:rPr>
          <w:sz w:val="24"/>
          <w:szCs w:val="24"/>
        </w:rPr>
        <w:t>Hợp đồng được lập thành 02 bản có giá trị pháp lý như nhau, mỗi bên giữ 01 bản.</w:t>
      </w:r>
    </w:p>
    <w:p w:rsidR="001B2750" w:rsidRPr="00471345" w:rsidRDefault="004079AD">
      <w:pPr>
        <w:rPr>
          <w:sz w:val="24"/>
          <w:szCs w:val="24"/>
        </w:rPr>
      </w:pPr>
      <w:r w:rsidRPr="00471345">
        <w:rPr>
          <w:sz w:val="24"/>
          <w:szCs w:val="24"/>
        </w:rPr>
        <w:br/>
      </w:r>
    </w:p>
    <w:tbl>
      <w:tblPr>
        <w:tblW w:w="0" w:type="auto"/>
        <w:jc w:val="center"/>
        <w:tblLayout w:type="fixed"/>
        <w:tblLook w:val="04A0" w:firstRow="1" w:lastRow="0" w:firstColumn="1" w:lastColumn="0" w:noHBand="0" w:noVBand="1"/>
      </w:tblPr>
      <w:tblGrid>
        <w:gridCol w:w="4819"/>
        <w:gridCol w:w="4819"/>
      </w:tblGrid>
      <w:tr w:rsidR="001B2750" w:rsidRPr="00471345">
        <w:trPr>
          <w:jc w:val="center"/>
        </w:trPr>
        <w:tc>
          <w:tcPr>
            <w:tcW w:w="4819" w:type="dxa"/>
            <w:tcBorders>
              <w:top w:val="nil"/>
              <w:left w:val="nil"/>
              <w:bottom w:val="nil"/>
              <w:right w:val="nil"/>
            </w:tcBorders>
          </w:tcPr>
          <w:p w:rsidR="001B2750" w:rsidRPr="00471345" w:rsidRDefault="004079AD">
            <w:pPr>
              <w:jc w:val="center"/>
              <w:rPr>
                <w:sz w:val="24"/>
                <w:szCs w:val="24"/>
              </w:rPr>
            </w:pPr>
            <w:r w:rsidRPr="00471345">
              <w:rPr>
                <w:b/>
                <w:sz w:val="24"/>
                <w:szCs w:val="24"/>
              </w:rPr>
              <w:t>NGƯỜI LAO ĐỘNG</w:t>
            </w:r>
          </w:p>
          <w:p w:rsidR="001B2750" w:rsidRPr="00471345" w:rsidRDefault="004079AD">
            <w:pPr>
              <w:jc w:val="center"/>
              <w:rPr>
                <w:sz w:val="24"/>
                <w:szCs w:val="24"/>
              </w:rPr>
            </w:pPr>
            <w:r w:rsidRPr="00471345">
              <w:rPr>
                <w:sz w:val="24"/>
                <w:szCs w:val="24"/>
              </w:rPr>
              <w:t>(Ký và ghi rõ họ tên)</w:t>
            </w:r>
          </w:p>
        </w:tc>
        <w:tc>
          <w:tcPr>
            <w:tcW w:w="4819" w:type="dxa"/>
            <w:tcBorders>
              <w:top w:val="nil"/>
              <w:left w:val="nil"/>
              <w:bottom w:val="nil"/>
              <w:right w:val="nil"/>
            </w:tcBorders>
          </w:tcPr>
          <w:p w:rsidR="001B2750" w:rsidRPr="00471345" w:rsidRDefault="004079AD">
            <w:pPr>
              <w:jc w:val="center"/>
              <w:rPr>
                <w:sz w:val="24"/>
                <w:szCs w:val="24"/>
              </w:rPr>
            </w:pPr>
            <w:r w:rsidRPr="00471345">
              <w:rPr>
                <w:b/>
                <w:sz w:val="24"/>
                <w:szCs w:val="24"/>
              </w:rPr>
              <w:t>ĐẠI DIỆN NGƯỜI SỬ DỤNG LAO ĐỘNG</w:t>
            </w:r>
          </w:p>
          <w:p w:rsidR="001B2750" w:rsidRPr="00471345" w:rsidRDefault="004079AD">
            <w:pPr>
              <w:jc w:val="center"/>
              <w:rPr>
                <w:sz w:val="24"/>
                <w:szCs w:val="24"/>
              </w:rPr>
            </w:pPr>
            <w:r w:rsidRPr="00471345">
              <w:rPr>
                <w:sz w:val="24"/>
                <w:szCs w:val="24"/>
              </w:rPr>
              <w:t>CÔNG TY CP ĐẦU TƯ THƯƠNG MẠI GFTTH VIỆT NAM</w:t>
            </w:r>
          </w:p>
          <w:p w:rsidR="001B2750" w:rsidRPr="00471345" w:rsidRDefault="004079AD">
            <w:pPr>
              <w:jc w:val="center"/>
              <w:rPr>
                <w:sz w:val="24"/>
                <w:szCs w:val="24"/>
              </w:rPr>
            </w:pPr>
            <w:r w:rsidRPr="00471345">
              <w:rPr>
                <w:sz w:val="24"/>
                <w:szCs w:val="24"/>
              </w:rPr>
              <w:t>(Ký, ghi rõ họ tên, chức vụ và đóng dấu)</w:t>
            </w:r>
          </w:p>
        </w:tc>
      </w:tr>
    </w:tbl>
    <w:p w:rsidR="001B2750" w:rsidRPr="00471345" w:rsidRDefault="004079AD">
      <w:pPr>
        <w:rPr>
          <w:sz w:val="24"/>
          <w:szCs w:val="24"/>
        </w:rPr>
      </w:pPr>
      <w:r w:rsidRPr="00471345">
        <w:rPr>
          <w:sz w:val="24"/>
          <w:szCs w:val="24"/>
        </w:rPr>
        <w:br w:type="page"/>
      </w:r>
    </w:p>
    <w:p w:rsidR="001B2750" w:rsidRPr="00471345" w:rsidRDefault="004079AD">
      <w:pPr>
        <w:spacing w:after="40"/>
        <w:jc w:val="center"/>
        <w:rPr>
          <w:sz w:val="24"/>
          <w:szCs w:val="24"/>
        </w:rPr>
      </w:pPr>
      <w:r w:rsidRPr="00471345">
        <w:rPr>
          <w:b/>
          <w:sz w:val="24"/>
          <w:szCs w:val="24"/>
        </w:rPr>
        <w:lastRenderedPageBreak/>
        <w:t>PHỤ LỤC I</w:t>
      </w:r>
    </w:p>
    <w:p w:rsidR="001B2750" w:rsidRPr="00471345" w:rsidRDefault="004079AD">
      <w:pPr>
        <w:spacing w:after="40"/>
        <w:jc w:val="center"/>
        <w:rPr>
          <w:sz w:val="24"/>
          <w:szCs w:val="24"/>
        </w:rPr>
      </w:pPr>
      <w:r w:rsidRPr="00471345">
        <w:rPr>
          <w:b/>
          <w:sz w:val="24"/>
          <w:szCs w:val="24"/>
        </w:rPr>
        <w:t>BẢNG MÔ TẢ CÔNG VIỆC VÀ TIÊU CHÍ ĐÁNH GIÁ THỬ VIỆC</w:t>
      </w:r>
    </w:p>
    <w:p w:rsidR="001B2750" w:rsidRPr="00471345" w:rsidRDefault="004079AD">
      <w:pPr>
        <w:spacing w:after="160"/>
        <w:jc w:val="center"/>
        <w:rPr>
          <w:sz w:val="24"/>
          <w:szCs w:val="24"/>
        </w:rPr>
      </w:pPr>
      <w:r w:rsidRPr="00471345">
        <w:rPr>
          <w:i/>
          <w:sz w:val="24"/>
          <w:szCs w:val="24"/>
        </w:rPr>
        <w:t>(Kèm theo Hợp đồng thử việc số ……/2026/HĐTV-GFTTH ký ngày ……/……/2026)</w:t>
      </w:r>
    </w:p>
    <w:tbl>
      <w:tblPr>
        <w:tblStyle w:val="TableGrid"/>
        <w:tblW w:w="0" w:type="auto"/>
        <w:jc w:val="center"/>
        <w:tblLook w:val="04A0" w:firstRow="1" w:lastRow="0" w:firstColumn="1" w:lastColumn="0" w:noHBand="0" w:noVBand="1"/>
      </w:tblPr>
      <w:tblGrid>
        <w:gridCol w:w="3619"/>
        <w:gridCol w:w="6456"/>
      </w:tblGrid>
      <w:tr w:rsidR="001B2750" w:rsidRPr="00471345">
        <w:trPr>
          <w:jc w:val="center"/>
        </w:trPr>
        <w:tc>
          <w:tcPr>
            <w:tcW w:w="4929" w:type="dxa"/>
            <w:vAlign w:val="center"/>
          </w:tcPr>
          <w:p w:rsidR="001B2750" w:rsidRPr="00471345" w:rsidRDefault="004079AD">
            <w:pPr>
              <w:rPr>
                <w:sz w:val="24"/>
                <w:szCs w:val="24"/>
              </w:rPr>
            </w:pPr>
            <w:r w:rsidRPr="00471345">
              <w:rPr>
                <w:b/>
                <w:sz w:val="24"/>
                <w:szCs w:val="24"/>
              </w:rPr>
              <w:t>Vị trí thử việc</w:t>
            </w:r>
          </w:p>
        </w:tc>
        <w:tc>
          <w:tcPr>
            <w:tcW w:w="4929" w:type="dxa"/>
            <w:vAlign w:val="center"/>
          </w:tcPr>
          <w:p w:rsidR="001B2750" w:rsidRPr="00471345" w:rsidRDefault="004079AD">
            <w:pPr>
              <w:rPr>
                <w:sz w:val="24"/>
                <w:szCs w:val="24"/>
              </w:rPr>
            </w:pPr>
            <w:r w:rsidRPr="00471345">
              <w:rPr>
                <w:sz w:val="24"/>
                <w:szCs w:val="24"/>
              </w:rPr>
              <w:t>........................................................................................................</w:t>
            </w:r>
          </w:p>
        </w:tc>
      </w:tr>
      <w:tr w:rsidR="001B2750" w:rsidRPr="00471345">
        <w:trPr>
          <w:jc w:val="center"/>
        </w:trPr>
        <w:tc>
          <w:tcPr>
            <w:tcW w:w="4929" w:type="dxa"/>
            <w:vAlign w:val="center"/>
          </w:tcPr>
          <w:p w:rsidR="001B2750" w:rsidRPr="00471345" w:rsidRDefault="004079AD">
            <w:pPr>
              <w:rPr>
                <w:sz w:val="24"/>
                <w:szCs w:val="24"/>
              </w:rPr>
            </w:pPr>
            <w:r w:rsidRPr="00471345">
              <w:rPr>
                <w:b/>
                <w:sz w:val="24"/>
                <w:szCs w:val="24"/>
              </w:rPr>
              <w:t>Người quản lý trực tiếp/người đánh giá</w:t>
            </w:r>
          </w:p>
        </w:tc>
        <w:tc>
          <w:tcPr>
            <w:tcW w:w="4929" w:type="dxa"/>
            <w:vAlign w:val="center"/>
          </w:tcPr>
          <w:p w:rsidR="001B2750" w:rsidRPr="00471345" w:rsidRDefault="004079AD">
            <w:pPr>
              <w:rPr>
                <w:sz w:val="24"/>
                <w:szCs w:val="24"/>
              </w:rPr>
            </w:pPr>
            <w:r w:rsidRPr="00471345">
              <w:rPr>
                <w:sz w:val="24"/>
                <w:szCs w:val="24"/>
              </w:rPr>
              <w:t>........................................................................................................</w:t>
            </w:r>
          </w:p>
        </w:tc>
      </w:tr>
      <w:tr w:rsidR="001B2750" w:rsidRPr="00471345">
        <w:trPr>
          <w:jc w:val="center"/>
        </w:trPr>
        <w:tc>
          <w:tcPr>
            <w:tcW w:w="4929" w:type="dxa"/>
            <w:vAlign w:val="center"/>
          </w:tcPr>
          <w:p w:rsidR="001B2750" w:rsidRPr="00471345" w:rsidRDefault="004079AD">
            <w:pPr>
              <w:rPr>
                <w:sz w:val="24"/>
                <w:szCs w:val="24"/>
              </w:rPr>
            </w:pPr>
            <w:r w:rsidRPr="00471345">
              <w:rPr>
                <w:b/>
                <w:sz w:val="24"/>
                <w:szCs w:val="24"/>
              </w:rPr>
              <w:t>Công việc cần thực hiện</w:t>
            </w:r>
          </w:p>
        </w:tc>
        <w:tc>
          <w:tcPr>
            <w:tcW w:w="4929" w:type="dxa"/>
            <w:vAlign w:val="center"/>
          </w:tcPr>
          <w:p w:rsidR="001B2750" w:rsidRPr="00471345" w:rsidRDefault="004079AD">
            <w:pPr>
              <w:rPr>
                <w:sz w:val="24"/>
                <w:szCs w:val="24"/>
              </w:rPr>
            </w:pPr>
            <w:r w:rsidRPr="00471345">
              <w:rPr>
                <w:sz w:val="24"/>
                <w:szCs w:val="24"/>
              </w:rPr>
              <w:t>1. ...........................................................................................</w:t>
            </w:r>
            <w:r w:rsidRPr="00471345">
              <w:rPr>
                <w:sz w:val="24"/>
                <w:szCs w:val="24"/>
              </w:rPr>
              <w:br/>
              <w:t>2. ...........................................................................................</w:t>
            </w:r>
            <w:r w:rsidRPr="00471345">
              <w:rPr>
                <w:sz w:val="24"/>
                <w:szCs w:val="24"/>
              </w:rPr>
              <w:br/>
              <w:t>3. ...........................................................................................</w:t>
            </w:r>
          </w:p>
        </w:tc>
      </w:tr>
      <w:tr w:rsidR="001B2750" w:rsidRPr="00471345">
        <w:trPr>
          <w:jc w:val="center"/>
        </w:trPr>
        <w:tc>
          <w:tcPr>
            <w:tcW w:w="4929" w:type="dxa"/>
            <w:vAlign w:val="center"/>
          </w:tcPr>
          <w:p w:rsidR="001B2750" w:rsidRPr="00471345" w:rsidRDefault="004079AD">
            <w:pPr>
              <w:rPr>
                <w:sz w:val="24"/>
                <w:szCs w:val="24"/>
              </w:rPr>
            </w:pPr>
            <w:r w:rsidRPr="00471345">
              <w:rPr>
                <w:b/>
                <w:sz w:val="24"/>
                <w:szCs w:val="24"/>
              </w:rPr>
              <w:t>Mục tiêu/kết quả cần đạt</w:t>
            </w:r>
          </w:p>
        </w:tc>
        <w:tc>
          <w:tcPr>
            <w:tcW w:w="4929" w:type="dxa"/>
            <w:vAlign w:val="center"/>
          </w:tcPr>
          <w:p w:rsidR="001B2750" w:rsidRPr="00471345" w:rsidRDefault="004079AD">
            <w:pPr>
              <w:rPr>
                <w:sz w:val="24"/>
                <w:szCs w:val="24"/>
              </w:rPr>
            </w:pPr>
            <w:r w:rsidRPr="00471345">
              <w:rPr>
                <w:sz w:val="24"/>
                <w:szCs w:val="24"/>
              </w:rPr>
              <w:t>........................................................................................................</w:t>
            </w:r>
            <w:r w:rsidRPr="00471345">
              <w:rPr>
                <w:sz w:val="24"/>
                <w:szCs w:val="24"/>
              </w:rPr>
              <w:br/>
              <w:t>........................................................................................................</w:t>
            </w:r>
          </w:p>
        </w:tc>
      </w:tr>
      <w:tr w:rsidR="001B2750" w:rsidRPr="00471345">
        <w:trPr>
          <w:jc w:val="center"/>
        </w:trPr>
        <w:tc>
          <w:tcPr>
            <w:tcW w:w="4929" w:type="dxa"/>
            <w:vAlign w:val="center"/>
          </w:tcPr>
          <w:p w:rsidR="001B2750" w:rsidRPr="00471345" w:rsidRDefault="004079AD">
            <w:pPr>
              <w:rPr>
                <w:sz w:val="24"/>
                <w:szCs w:val="24"/>
              </w:rPr>
            </w:pPr>
            <w:r w:rsidRPr="00471345">
              <w:rPr>
                <w:b/>
                <w:sz w:val="24"/>
                <w:szCs w:val="24"/>
              </w:rPr>
              <w:t>Tiêu chí bắt buộc</w:t>
            </w:r>
          </w:p>
        </w:tc>
        <w:tc>
          <w:tcPr>
            <w:tcW w:w="4929" w:type="dxa"/>
            <w:vAlign w:val="center"/>
          </w:tcPr>
          <w:p w:rsidR="001B2750" w:rsidRPr="00471345" w:rsidRDefault="004079AD">
            <w:pPr>
              <w:rPr>
                <w:sz w:val="24"/>
                <w:szCs w:val="24"/>
              </w:rPr>
            </w:pPr>
            <w:r w:rsidRPr="00471345">
              <w:rPr>
                <w:sz w:val="24"/>
                <w:szCs w:val="24"/>
              </w:rPr>
              <w:t>Hoàn thành công việc được giao; bảo đảm chất lượng và tiến độ; tuân thủ nội quy, an toàn, bảo mật; không vi phạm nghiêm trọng quy định của Công ty.</w:t>
            </w:r>
          </w:p>
        </w:tc>
      </w:tr>
      <w:tr w:rsidR="001B2750" w:rsidRPr="00471345">
        <w:trPr>
          <w:jc w:val="center"/>
        </w:trPr>
        <w:tc>
          <w:tcPr>
            <w:tcW w:w="4929" w:type="dxa"/>
            <w:vAlign w:val="center"/>
          </w:tcPr>
          <w:p w:rsidR="001B2750" w:rsidRPr="00471345" w:rsidRDefault="004079AD">
            <w:pPr>
              <w:rPr>
                <w:sz w:val="24"/>
                <w:szCs w:val="24"/>
              </w:rPr>
            </w:pPr>
            <w:r w:rsidRPr="00471345">
              <w:rPr>
                <w:b/>
                <w:sz w:val="24"/>
                <w:szCs w:val="24"/>
              </w:rPr>
              <w:t>Phương thức và thời điểm đánh giá</w:t>
            </w:r>
          </w:p>
        </w:tc>
        <w:tc>
          <w:tcPr>
            <w:tcW w:w="4929" w:type="dxa"/>
            <w:vAlign w:val="center"/>
          </w:tcPr>
          <w:p w:rsidR="001B2750" w:rsidRPr="00471345" w:rsidRDefault="004079AD">
            <w:pPr>
              <w:rPr>
                <w:sz w:val="24"/>
                <w:szCs w:val="24"/>
              </w:rPr>
            </w:pPr>
            <w:r w:rsidRPr="00471345">
              <w:rPr>
                <w:sz w:val="24"/>
                <w:szCs w:val="24"/>
              </w:rPr>
              <w:t>Đánh giá trong quá trình thử việc và đánh giá cuối kỳ bằng bảng/biên bản/email hoặc hình thức phù hợp; kết quả do người có thẩm quyền của Công ty xác nhận.</w:t>
            </w:r>
          </w:p>
        </w:tc>
      </w:tr>
    </w:tbl>
    <w:p w:rsidR="00471345" w:rsidRDefault="00471345">
      <w:pPr>
        <w:spacing w:after="60"/>
        <w:jc w:val="center"/>
        <w:rPr>
          <w:b/>
          <w:sz w:val="24"/>
          <w:szCs w:val="24"/>
        </w:rPr>
      </w:pPr>
    </w:p>
    <w:p w:rsidR="001B2750" w:rsidRPr="00471345" w:rsidRDefault="004079AD">
      <w:pPr>
        <w:spacing w:after="60"/>
        <w:jc w:val="center"/>
        <w:rPr>
          <w:sz w:val="24"/>
          <w:szCs w:val="24"/>
        </w:rPr>
      </w:pPr>
      <w:r w:rsidRPr="00471345">
        <w:rPr>
          <w:b/>
          <w:sz w:val="24"/>
          <w:szCs w:val="24"/>
        </w:rPr>
        <w:t>XÁC NHẬN CỦA HAI BÊN</w:t>
      </w:r>
    </w:p>
    <w:p w:rsidR="001B2750" w:rsidRPr="00471345" w:rsidRDefault="004079AD">
      <w:pPr>
        <w:spacing w:after="60"/>
        <w:jc w:val="center"/>
        <w:rPr>
          <w:sz w:val="24"/>
          <w:szCs w:val="24"/>
        </w:rPr>
      </w:pPr>
      <w:r w:rsidRPr="00471345">
        <w:rPr>
          <w:b/>
          <w:sz w:val="24"/>
          <w:szCs w:val="24"/>
        </w:rPr>
        <w:t>BÊN B – NGƯỜI LAO ĐỘNG                         BÊN A – CÔNG TY GFTTH VIỆT NAM</w:t>
      </w:r>
    </w:p>
    <w:p w:rsidR="001B2750" w:rsidRPr="00471345" w:rsidRDefault="004079AD">
      <w:pPr>
        <w:spacing w:after="160"/>
        <w:jc w:val="center"/>
        <w:rPr>
          <w:sz w:val="24"/>
          <w:szCs w:val="24"/>
        </w:rPr>
      </w:pPr>
      <w:r w:rsidRPr="00471345">
        <w:rPr>
          <w:sz w:val="24"/>
          <w:szCs w:val="24"/>
        </w:rPr>
        <w:t>(Ký, ghi rõ họ tên)                                  (Ký, ghi rõ họ tên, chức vụ)</w:t>
      </w:r>
    </w:p>
    <w:p w:rsidR="001B2750" w:rsidRPr="00471345" w:rsidRDefault="004079AD">
      <w:pPr>
        <w:rPr>
          <w:sz w:val="24"/>
          <w:szCs w:val="24"/>
        </w:rPr>
      </w:pPr>
      <w:r w:rsidRPr="00471345">
        <w:rPr>
          <w:sz w:val="24"/>
          <w:szCs w:val="24"/>
        </w:rPr>
        <w:br w:type="page"/>
      </w:r>
    </w:p>
    <w:p w:rsidR="00471345" w:rsidRDefault="00471345">
      <w:pPr>
        <w:spacing w:after="40"/>
        <w:jc w:val="center"/>
        <w:rPr>
          <w:b/>
          <w:sz w:val="24"/>
          <w:szCs w:val="24"/>
        </w:rPr>
      </w:pPr>
    </w:p>
    <w:p w:rsidR="001B2750" w:rsidRPr="00471345" w:rsidRDefault="004079AD">
      <w:pPr>
        <w:spacing w:after="40"/>
        <w:jc w:val="center"/>
        <w:rPr>
          <w:sz w:val="24"/>
          <w:szCs w:val="24"/>
        </w:rPr>
      </w:pPr>
      <w:r w:rsidRPr="00471345">
        <w:rPr>
          <w:b/>
          <w:sz w:val="24"/>
          <w:szCs w:val="24"/>
        </w:rPr>
        <w:t>PHỤ LỤC II</w:t>
      </w:r>
    </w:p>
    <w:p w:rsidR="001B2750" w:rsidRPr="00471345" w:rsidRDefault="004079AD">
      <w:pPr>
        <w:spacing w:after="40"/>
        <w:jc w:val="center"/>
        <w:rPr>
          <w:sz w:val="24"/>
          <w:szCs w:val="24"/>
        </w:rPr>
      </w:pPr>
      <w:r w:rsidRPr="00471345">
        <w:rPr>
          <w:b/>
          <w:sz w:val="24"/>
          <w:szCs w:val="24"/>
        </w:rPr>
        <w:t>BẢNG MỨC PHỤ CẤP, HỖ TRỢ TRONG THỜI GIAN THỬ VIỆC</w:t>
      </w:r>
    </w:p>
    <w:p w:rsidR="001B2750" w:rsidRPr="00471345" w:rsidRDefault="004079AD">
      <w:pPr>
        <w:spacing w:after="160"/>
        <w:jc w:val="center"/>
        <w:rPr>
          <w:sz w:val="24"/>
          <w:szCs w:val="24"/>
        </w:rPr>
      </w:pPr>
      <w:r w:rsidRPr="00471345">
        <w:rPr>
          <w:i/>
          <w:sz w:val="24"/>
          <w:szCs w:val="24"/>
        </w:rPr>
        <w:t>(Kèm theo Hợp đồng thử việc số ……/2026/HĐTV-GFTTH ký ngày ……/……/2026)</w:t>
      </w:r>
    </w:p>
    <w:p w:rsidR="001B2750" w:rsidRPr="00471345" w:rsidRDefault="004079AD">
      <w:pPr>
        <w:rPr>
          <w:sz w:val="24"/>
          <w:szCs w:val="24"/>
        </w:rPr>
      </w:pPr>
      <w:r w:rsidRPr="00471345">
        <w:rPr>
          <w:sz w:val="24"/>
          <w:szCs w:val="24"/>
        </w:rPr>
        <w:t>Hai bên thống nhất các khoản phụ cấp, hỗ trợ áp dụng đối với Người lao động trong thời gian thử việc như sau:</w:t>
      </w:r>
    </w:p>
    <w:tbl>
      <w:tblPr>
        <w:tblStyle w:val="TableGrid"/>
        <w:tblW w:w="0" w:type="auto"/>
        <w:jc w:val="center"/>
        <w:tblLook w:val="04A0" w:firstRow="1" w:lastRow="0" w:firstColumn="1" w:lastColumn="0" w:noHBand="0" w:noVBand="1"/>
      </w:tblPr>
      <w:tblGrid>
        <w:gridCol w:w="2465"/>
        <w:gridCol w:w="2465"/>
        <w:gridCol w:w="2465"/>
        <w:gridCol w:w="2465"/>
      </w:tblGrid>
      <w:tr w:rsidR="001B2750" w:rsidRPr="00471345">
        <w:trPr>
          <w:jc w:val="center"/>
        </w:trPr>
        <w:tc>
          <w:tcPr>
            <w:tcW w:w="2465" w:type="dxa"/>
          </w:tcPr>
          <w:p w:rsidR="001B2750" w:rsidRPr="00471345" w:rsidRDefault="004079AD">
            <w:pPr>
              <w:rPr>
                <w:sz w:val="24"/>
                <w:szCs w:val="24"/>
              </w:rPr>
            </w:pPr>
            <w:r w:rsidRPr="00471345">
              <w:rPr>
                <w:b/>
                <w:sz w:val="24"/>
                <w:szCs w:val="24"/>
              </w:rPr>
              <w:t>STT</w:t>
            </w:r>
          </w:p>
        </w:tc>
        <w:tc>
          <w:tcPr>
            <w:tcW w:w="2465" w:type="dxa"/>
          </w:tcPr>
          <w:p w:rsidR="001B2750" w:rsidRPr="00471345" w:rsidRDefault="004079AD">
            <w:pPr>
              <w:rPr>
                <w:sz w:val="24"/>
                <w:szCs w:val="24"/>
              </w:rPr>
            </w:pPr>
            <w:r w:rsidRPr="00471345">
              <w:rPr>
                <w:b/>
                <w:sz w:val="24"/>
                <w:szCs w:val="24"/>
              </w:rPr>
              <w:t>Khoản phụ cấp/hỗ trợ</w:t>
            </w:r>
          </w:p>
        </w:tc>
        <w:tc>
          <w:tcPr>
            <w:tcW w:w="2465" w:type="dxa"/>
          </w:tcPr>
          <w:p w:rsidR="001B2750" w:rsidRPr="00471345" w:rsidRDefault="004079AD">
            <w:pPr>
              <w:rPr>
                <w:sz w:val="24"/>
                <w:szCs w:val="24"/>
              </w:rPr>
            </w:pPr>
            <w:r w:rsidRPr="00471345">
              <w:rPr>
                <w:b/>
                <w:sz w:val="24"/>
                <w:szCs w:val="24"/>
              </w:rPr>
              <w:t>Mức áp dụng</w:t>
            </w:r>
          </w:p>
        </w:tc>
        <w:tc>
          <w:tcPr>
            <w:tcW w:w="2465" w:type="dxa"/>
          </w:tcPr>
          <w:p w:rsidR="001B2750" w:rsidRPr="00471345" w:rsidRDefault="004079AD">
            <w:pPr>
              <w:rPr>
                <w:sz w:val="24"/>
                <w:szCs w:val="24"/>
              </w:rPr>
            </w:pPr>
            <w:r w:rsidRPr="00471345">
              <w:rPr>
                <w:b/>
                <w:sz w:val="24"/>
                <w:szCs w:val="24"/>
              </w:rPr>
              <w:t>Điều kiện chi trả</w:t>
            </w:r>
          </w:p>
        </w:tc>
      </w:tr>
      <w:tr w:rsidR="001B2750" w:rsidRPr="00471345">
        <w:trPr>
          <w:jc w:val="center"/>
        </w:trPr>
        <w:tc>
          <w:tcPr>
            <w:tcW w:w="2465" w:type="dxa"/>
          </w:tcPr>
          <w:p w:rsidR="001B2750" w:rsidRPr="00471345" w:rsidRDefault="004079AD">
            <w:pPr>
              <w:rPr>
                <w:sz w:val="24"/>
                <w:szCs w:val="24"/>
              </w:rPr>
            </w:pPr>
            <w:r w:rsidRPr="00471345">
              <w:rPr>
                <w:sz w:val="24"/>
                <w:szCs w:val="24"/>
              </w:rPr>
              <w:t>1</w:t>
            </w:r>
          </w:p>
        </w:tc>
        <w:tc>
          <w:tcPr>
            <w:tcW w:w="2465" w:type="dxa"/>
          </w:tcPr>
          <w:p w:rsidR="001B2750" w:rsidRPr="00471345" w:rsidRDefault="004079AD">
            <w:pPr>
              <w:rPr>
                <w:sz w:val="24"/>
                <w:szCs w:val="24"/>
              </w:rPr>
            </w:pPr>
            <w:r w:rsidRPr="00471345">
              <w:rPr>
                <w:sz w:val="24"/>
                <w:szCs w:val="24"/>
              </w:rPr>
              <w:t>Hỗ trợ ăn trưa</w:t>
            </w:r>
          </w:p>
        </w:tc>
        <w:tc>
          <w:tcPr>
            <w:tcW w:w="2465" w:type="dxa"/>
          </w:tcPr>
          <w:p w:rsidR="001B2750" w:rsidRPr="00471345" w:rsidRDefault="004079AD">
            <w:pPr>
              <w:rPr>
                <w:sz w:val="24"/>
                <w:szCs w:val="24"/>
              </w:rPr>
            </w:pPr>
            <w:r w:rsidRPr="00471345">
              <w:rPr>
                <w:sz w:val="24"/>
                <w:szCs w:val="24"/>
              </w:rPr>
              <w:t>………… đồng/ngày hoặc tháng</w:t>
            </w:r>
          </w:p>
        </w:tc>
        <w:tc>
          <w:tcPr>
            <w:tcW w:w="2465" w:type="dxa"/>
          </w:tcPr>
          <w:p w:rsidR="001B2750" w:rsidRPr="00471345" w:rsidRDefault="004079AD">
            <w:pPr>
              <w:rPr>
                <w:sz w:val="24"/>
                <w:szCs w:val="24"/>
              </w:rPr>
            </w:pPr>
            <w:r w:rsidRPr="00471345">
              <w:rPr>
                <w:sz w:val="24"/>
                <w:szCs w:val="24"/>
              </w:rPr>
              <w:t>Theo số ngày làm việc thực tế.</w:t>
            </w:r>
          </w:p>
        </w:tc>
      </w:tr>
      <w:tr w:rsidR="001B2750" w:rsidRPr="00471345">
        <w:trPr>
          <w:jc w:val="center"/>
        </w:trPr>
        <w:tc>
          <w:tcPr>
            <w:tcW w:w="2465" w:type="dxa"/>
          </w:tcPr>
          <w:p w:rsidR="001B2750" w:rsidRPr="00471345" w:rsidRDefault="004079AD">
            <w:pPr>
              <w:rPr>
                <w:sz w:val="24"/>
                <w:szCs w:val="24"/>
              </w:rPr>
            </w:pPr>
            <w:r w:rsidRPr="00471345">
              <w:rPr>
                <w:sz w:val="24"/>
                <w:szCs w:val="24"/>
              </w:rPr>
              <w:t>2</w:t>
            </w:r>
          </w:p>
        </w:tc>
        <w:tc>
          <w:tcPr>
            <w:tcW w:w="2465" w:type="dxa"/>
          </w:tcPr>
          <w:p w:rsidR="001B2750" w:rsidRPr="00471345" w:rsidRDefault="004079AD">
            <w:pPr>
              <w:rPr>
                <w:sz w:val="24"/>
                <w:szCs w:val="24"/>
              </w:rPr>
            </w:pPr>
            <w:r w:rsidRPr="00471345">
              <w:rPr>
                <w:sz w:val="24"/>
                <w:szCs w:val="24"/>
              </w:rPr>
              <w:t>Hỗ trợ xăng xe/đi lại</w:t>
            </w:r>
          </w:p>
        </w:tc>
        <w:tc>
          <w:tcPr>
            <w:tcW w:w="2465" w:type="dxa"/>
          </w:tcPr>
          <w:p w:rsidR="001B2750" w:rsidRPr="00471345" w:rsidRDefault="004079AD">
            <w:pPr>
              <w:rPr>
                <w:sz w:val="24"/>
                <w:szCs w:val="24"/>
              </w:rPr>
            </w:pPr>
            <w:r w:rsidRPr="00471345">
              <w:rPr>
                <w:sz w:val="24"/>
                <w:szCs w:val="24"/>
              </w:rPr>
              <w:t>………… đồng/tháng</w:t>
            </w:r>
          </w:p>
        </w:tc>
        <w:tc>
          <w:tcPr>
            <w:tcW w:w="2465" w:type="dxa"/>
          </w:tcPr>
          <w:p w:rsidR="001B2750" w:rsidRPr="00471345" w:rsidRDefault="004079AD">
            <w:pPr>
              <w:rPr>
                <w:sz w:val="24"/>
                <w:szCs w:val="24"/>
              </w:rPr>
            </w:pPr>
            <w:r w:rsidRPr="00471345">
              <w:rPr>
                <w:sz w:val="24"/>
                <w:szCs w:val="24"/>
              </w:rPr>
              <w:t>Theo vị trí và chính sách áp dụng.</w:t>
            </w:r>
          </w:p>
        </w:tc>
      </w:tr>
      <w:tr w:rsidR="001B2750" w:rsidRPr="00471345">
        <w:trPr>
          <w:jc w:val="center"/>
        </w:trPr>
        <w:tc>
          <w:tcPr>
            <w:tcW w:w="2465" w:type="dxa"/>
          </w:tcPr>
          <w:p w:rsidR="001B2750" w:rsidRPr="00471345" w:rsidRDefault="004079AD">
            <w:pPr>
              <w:rPr>
                <w:sz w:val="24"/>
                <w:szCs w:val="24"/>
              </w:rPr>
            </w:pPr>
            <w:r w:rsidRPr="00471345">
              <w:rPr>
                <w:sz w:val="24"/>
                <w:szCs w:val="24"/>
              </w:rPr>
              <w:t>3</w:t>
            </w:r>
          </w:p>
        </w:tc>
        <w:tc>
          <w:tcPr>
            <w:tcW w:w="2465" w:type="dxa"/>
          </w:tcPr>
          <w:p w:rsidR="001B2750" w:rsidRPr="00471345" w:rsidRDefault="004079AD">
            <w:pPr>
              <w:rPr>
                <w:sz w:val="24"/>
                <w:szCs w:val="24"/>
              </w:rPr>
            </w:pPr>
            <w:r w:rsidRPr="00471345">
              <w:rPr>
                <w:sz w:val="24"/>
                <w:szCs w:val="24"/>
              </w:rPr>
              <w:t>Hỗ trợ điện thoại</w:t>
            </w:r>
          </w:p>
        </w:tc>
        <w:tc>
          <w:tcPr>
            <w:tcW w:w="2465" w:type="dxa"/>
          </w:tcPr>
          <w:p w:rsidR="001B2750" w:rsidRPr="00471345" w:rsidRDefault="004079AD">
            <w:pPr>
              <w:rPr>
                <w:sz w:val="24"/>
                <w:szCs w:val="24"/>
              </w:rPr>
            </w:pPr>
            <w:r w:rsidRPr="00471345">
              <w:rPr>
                <w:sz w:val="24"/>
                <w:szCs w:val="24"/>
              </w:rPr>
              <w:t>………… đồng/tháng</w:t>
            </w:r>
          </w:p>
        </w:tc>
        <w:tc>
          <w:tcPr>
            <w:tcW w:w="2465" w:type="dxa"/>
          </w:tcPr>
          <w:p w:rsidR="001B2750" w:rsidRPr="00471345" w:rsidRDefault="004079AD">
            <w:pPr>
              <w:rPr>
                <w:sz w:val="24"/>
                <w:szCs w:val="24"/>
              </w:rPr>
            </w:pPr>
            <w:r w:rsidRPr="00471345">
              <w:rPr>
                <w:sz w:val="24"/>
                <w:szCs w:val="24"/>
              </w:rPr>
              <w:t>Theo nhu cầu công việc.</w:t>
            </w:r>
          </w:p>
        </w:tc>
      </w:tr>
      <w:tr w:rsidR="001B2750" w:rsidRPr="00471345">
        <w:trPr>
          <w:jc w:val="center"/>
        </w:trPr>
        <w:tc>
          <w:tcPr>
            <w:tcW w:w="2465" w:type="dxa"/>
          </w:tcPr>
          <w:p w:rsidR="001B2750" w:rsidRPr="00471345" w:rsidRDefault="004079AD">
            <w:pPr>
              <w:rPr>
                <w:sz w:val="24"/>
                <w:szCs w:val="24"/>
              </w:rPr>
            </w:pPr>
            <w:r w:rsidRPr="00471345">
              <w:rPr>
                <w:sz w:val="24"/>
                <w:szCs w:val="24"/>
              </w:rPr>
              <w:t>4</w:t>
            </w:r>
          </w:p>
        </w:tc>
        <w:tc>
          <w:tcPr>
            <w:tcW w:w="2465" w:type="dxa"/>
          </w:tcPr>
          <w:p w:rsidR="001B2750" w:rsidRPr="00471345" w:rsidRDefault="004079AD">
            <w:pPr>
              <w:rPr>
                <w:sz w:val="24"/>
                <w:szCs w:val="24"/>
              </w:rPr>
            </w:pPr>
            <w:r w:rsidRPr="00471345">
              <w:rPr>
                <w:sz w:val="24"/>
                <w:szCs w:val="24"/>
              </w:rPr>
              <w:t>Hỗ trợ khác</w:t>
            </w:r>
          </w:p>
        </w:tc>
        <w:tc>
          <w:tcPr>
            <w:tcW w:w="2465" w:type="dxa"/>
          </w:tcPr>
          <w:p w:rsidR="001B2750" w:rsidRPr="00471345" w:rsidRDefault="004079AD">
            <w:pPr>
              <w:rPr>
                <w:sz w:val="24"/>
                <w:szCs w:val="24"/>
              </w:rPr>
            </w:pPr>
            <w:r w:rsidRPr="00471345">
              <w:rPr>
                <w:sz w:val="24"/>
                <w:szCs w:val="24"/>
              </w:rPr>
              <w:t>………… đồng/tháng</w:t>
            </w:r>
          </w:p>
        </w:tc>
        <w:tc>
          <w:tcPr>
            <w:tcW w:w="2465" w:type="dxa"/>
          </w:tcPr>
          <w:p w:rsidR="001B2750" w:rsidRPr="00471345" w:rsidRDefault="004079AD">
            <w:pPr>
              <w:rPr>
                <w:sz w:val="24"/>
                <w:szCs w:val="24"/>
              </w:rPr>
            </w:pPr>
            <w:r w:rsidRPr="00471345">
              <w:rPr>
                <w:sz w:val="24"/>
                <w:szCs w:val="24"/>
              </w:rPr>
              <w:t>Theo thỏa thuận/phê duyệt bằng văn bản.</w:t>
            </w:r>
          </w:p>
        </w:tc>
      </w:tr>
    </w:tbl>
    <w:p w:rsidR="001B2750" w:rsidRPr="00471345" w:rsidRDefault="004079AD">
      <w:pPr>
        <w:rPr>
          <w:sz w:val="24"/>
          <w:szCs w:val="24"/>
        </w:rPr>
      </w:pPr>
      <w:r w:rsidRPr="00471345">
        <w:rPr>
          <w:sz w:val="24"/>
          <w:szCs w:val="24"/>
        </w:rPr>
        <w:t>1. Các khoản hỗ trợ được tính theo điều kiện thực tế và chính sách áp dụng tại thời điểm chi trả.</w:t>
      </w:r>
    </w:p>
    <w:p w:rsidR="001B2750" w:rsidRPr="00471345" w:rsidRDefault="004079AD">
      <w:pPr>
        <w:rPr>
          <w:sz w:val="24"/>
          <w:szCs w:val="24"/>
        </w:rPr>
      </w:pPr>
      <w:r w:rsidRPr="00471345">
        <w:rPr>
          <w:sz w:val="24"/>
          <w:szCs w:val="24"/>
        </w:rPr>
        <w:t>2. Khoản hỗ trợ không mặc nhiên được duy trì sau khi kết thúc thử việc nếu hợp đồng lao động/chính sách chính thức có quy định khác.</w:t>
      </w:r>
    </w:p>
    <w:p w:rsidR="001B2750" w:rsidRDefault="004079AD">
      <w:pPr>
        <w:rPr>
          <w:sz w:val="24"/>
          <w:szCs w:val="24"/>
        </w:rPr>
      </w:pPr>
      <w:r w:rsidRPr="00471345">
        <w:rPr>
          <w:sz w:val="24"/>
          <w:szCs w:val="24"/>
        </w:rPr>
        <w:t>3. Phụ lục này là bộ phận không tách rời của Hợp đồng thử việc.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5038"/>
      </w:tblGrid>
      <w:tr w:rsidR="00471345" w:rsidTr="00471345">
        <w:tc>
          <w:tcPr>
            <w:tcW w:w="5037" w:type="dxa"/>
          </w:tcPr>
          <w:p w:rsidR="00471345" w:rsidRPr="00471345" w:rsidRDefault="00471345" w:rsidP="00471345">
            <w:pPr>
              <w:spacing w:after="60"/>
              <w:jc w:val="center"/>
              <w:rPr>
                <w:sz w:val="24"/>
                <w:szCs w:val="24"/>
              </w:rPr>
            </w:pPr>
            <w:r w:rsidRPr="00471345">
              <w:rPr>
                <w:b/>
                <w:sz w:val="24"/>
                <w:szCs w:val="24"/>
              </w:rPr>
              <w:t>NGƯỜI LAO ĐỘNG</w:t>
            </w:r>
          </w:p>
          <w:p w:rsidR="00471345" w:rsidRPr="00471345" w:rsidRDefault="00471345" w:rsidP="00471345">
            <w:pPr>
              <w:spacing w:after="200"/>
              <w:jc w:val="center"/>
              <w:rPr>
                <w:sz w:val="24"/>
                <w:szCs w:val="24"/>
              </w:rPr>
            </w:pPr>
            <w:r w:rsidRPr="00471345">
              <w:rPr>
                <w:sz w:val="24"/>
                <w:szCs w:val="24"/>
              </w:rPr>
              <w:t>(Ký và ghi rõ họ tên)</w:t>
            </w:r>
          </w:p>
          <w:p w:rsidR="00471345" w:rsidRDefault="00471345">
            <w:pPr>
              <w:rPr>
                <w:sz w:val="24"/>
                <w:szCs w:val="24"/>
              </w:rPr>
            </w:pPr>
          </w:p>
        </w:tc>
        <w:tc>
          <w:tcPr>
            <w:tcW w:w="5038" w:type="dxa"/>
          </w:tcPr>
          <w:p w:rsidR="00471345" w:rsidRPr="00471345" w:rsidRDefault="00471345" w:rsidP="00471345">
            <w:pPr>
              <w:spacing w:after="60"/>
              <w:jc w:val="center"/>
              <w:rPr>
                <w:sz w:val="24"/>
                <w:szCs w:val="24"/>
              </w:rPr>
            </w:pPr>
            <w:r w:rsidRPr="00471345">
              <w:rPr>
                <w:b/>
                <w:sz w:val="24"/>
                <w:szCs w:val="24"/>
              </w:rPr>
              <w:t>ĐẠI DIỆN NGƯỜI SỬ DỤNG LAO ĐỘNG</w:t>
            </w:r>
          </w:p>
          <w:p w:rsidR="00471345" w:rsidRPr="00471345" w:rsidRDefault="00471345" w:rsidP="00471345">
            <w:pPr>
              <w:spacing w:after="160"/>
              <w:jc w:val="center"/>
              <w:rPr>
                <w:sz w:val="24"/>
                <w:szCs w:val="24"/>
              </w:rPr>
            </w:pPr>
            <w:r w:rsidRPr="00471345">
              <w:rPr>
                <w:sz w:val="24"/>
                <w:szCs w:val="24"/>
              </w:rPr>
              <w:t>CÔNG TY CP ĐẦU TƯ THƯƠNG MẠI GFTTH VIỆT NAM</w:t>
            </w:r>
            <w:r w:rsidRPr="00471345">
              <w:rPr>
                <w:sz w:val="24"/>
                <w:szCs w:val="24"/>
              </w:rPr>
              <w:br/>
              <w:t>(Ký, ghi rõ họ tên, chức vụ và đóng dấu)</w:t>
            </w:r>
          </w:p>
          <w:p w:rsidR="00471345" w:rsidRDefault="00471345">
            <w:pPr>
              <w:rPr>
                <w:sz w:val="24"/>
                <w:szCs w:val="24"/>
              </w:rPr>
            </w:pPr>
          </w:p>
        </w:tc>
      </w:tr>
    </w:tbl>
    <w:p w:rsidR="00471345" w:rsidRPr="00471345" w:rsidRDefault="00471345">
      <w:pPr>
        <w:rPr>
          <w:sz w:val="24"/>
          <w:szCs w:val="24"/>
        </w:rPr>
      </w:pPr>
    </w:p>
    <w:sectPr w:rsidR="00471345" w:rsidRPr="00471345" w:rsidSect="00034616">
      <w:headerReference w:type="even" r:id="rId10"/>
      <w:headerReference w:type="default" r:id="rId11"/>
      <w:footerReference w:type="even" r:id="rId12"/>
      <w:footerReference w:type="default" r:id="rId13"/>
      <w:headerReference w:type="first" r:id="rId14"/>
      <w:footerReference w:type="first" r:id="rId15"/>
      <w:pgSz w:w="12240" w:h="15840"/>
      <w:pgMar w:top="964" w:right="1134"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CDD" w:rsidRDefault="004D0CDD">
      <w:pPr>
        <w:spacing w:after="0" w:line="240" w:lineRule="auto"/>
      </w:pPr>
      <w:r>
        <w:separator/>
      </w:r>
    </w:p>
  </w:endnote>
  <w:endnote w:type="continuationSeparator" w:id="0">
    <w:p w:rsidR="004D0CDD" w:rsidRDefault="004D0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DE1" w:rsidRDefault="004C2DE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750" w:rsidRDefault="004079AD" w:rsidP="00471345">
    <w:pPr>
      <w:pStyle w:val="Footer"/>
      <w:jc w:val="right"/>
    </w:pPr>
    <w:r>
      <w:rPr>
        <w:sz w:val="18"/>
      </w:rPr>
      <w:t xml:space="preserve">HỢP ĐỒNG THỬ VIỆC – GFTTH VIỆT NAM  |  </w:t>
    </w:r>
    <w:r>
      <w:fldChar w:fldCharType="begin"/>
    </w:r>
    <w:r>
      <w:instrText>PAGE</w:instrText>
    </w:r>
    <w:r>
      <w:fldChar w:fldCharType="separate"/>
    </w:r>
    <w:r w:rsidR="004C2DE1">
      <w:rPr>
        <w:noProof/>
      </w:rPr>
      <w:t>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DE1" w:rsidRDefault="004C2DE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CDD" w:rsidRDefault="004D0CDD">
      <w:pPr>
        <w:spacing w:after="0" w:line="240" w:lineRule="auto"/>
      </w:pPr>
      <w:r>
        <w:separator/>
      </w:r>
    </w:p>
  </w:footnote>
  <w:footnote w:type="continuationSeparator" w:id="0">
    <w:p w:rsidR="004D0CDD" w:rsidRDefault="004D0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DE1" w:rsidRDefault="004C2D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2391" o:spid="_x0000_s2050" type="#_x0000_t75" style="position:absolute;margin-left:0;margin-top:0;width:492.65pt;height:381.65pt;z-index:-251657216;mso-position-horizontal:center;mso-position-horizontal-relative:margin;mso-position-vertical:center;mso-position-vertical-relative:margin" o:allowincell="f">
          <v:imagedata r:id="rId1" o:title="gftthvietnam (2)"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DE1" w:rsidRDefault="004C2D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2392" o:spid="_x0000_s2051" type="#_x0000_t75" style="position:absolute;margin-left:0;margin-top:0;width:492.65pt;height:381.65pt;z-index:-251656192;mso-position-horizontal:center;mso-position-horizontal-relative:margin;mso-position-vertical:center;mso-position-vertical-relative:margin" o:allowincell="f">
          <v:imagedata r:id="rId1" o:title="gftthvietnam (2)"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DE1" w:rsidRDefault="004C2D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2390" o:spid="_x0000_s2049" type="#_x0000_t75" style="position:absolute;margin-left:0;margin-top:0;width:492.65pt;height:381.65pt;z-index:-251658240;mso-position-horizontal:center;mso-position-horizontal-relative:margin;mso-position-vertical:center;mso-position-vertical-relative:margin" o:allowincell="f">
          <v:imagedata r:id="rId1" o:title="gftthvietnam (2)"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9C736B"/>
    <w:multiLevelType w:val="hybridMultilevel"/>
    <w:tmpl w:val="F5902634"/>
    <w:lvl w:ilvl="0" w:tplc="439C3356">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E409BD"/>
    <w:multiLevelType w:val="hybridMultilevel"/>
    <w:tmpl w:val="F20A1A28"/>
    <w:lvl w:ilvl="0" w:tplc="80D4C93E">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13EC"/>
    <w:rsid w:val="0015074B"/>
    <w:rsid w:val="001B2750"/>
    <w:rsid w:val="0029639D"/>
    <w:rsid w:val="00326F90"/>
    <w:rsid w:val="004079AD"/>
    <w:rsid w:val="00471345"/>
    <w:rsid w:val="004C2DE1"/>
    <w:rsid w:val="004D0CDD"/>
    <w:rsid w:val="0099590D"/>
    <w:rsid w:val="00AA1D8D"/>
    <w:rsid w:val="00AD4C7D"/>
    <w:rsid w:val="00B47730"/>
    <w:rsid w:val="00C3700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E99410E"/>
  <w14:defaultImageDpi w14:val="300"/>
  <w15:docId w15:val="{D6050B4E-EBC8-4C08-B221-9536B6CA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A13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tth.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ftthvietnam@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C002A-180B-445A-A1D6-4FC862103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1743</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2026-10-09T10:01:00Z</dcterms:created>
  <dcterms:modified xsi:type="dcterms:W3CDTF">2026-10-09T10:01:00Z</dcterms:modified>
  <cp:category/>
</cp:coreProperties>
</file>