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3E9" w:rsidRPr="00E43AE7" w:rsidRDefault="00A31789">
      <w:pPr>
        <w:jc w:val="center"/>
        <w:rPr>
          <w:rFonts w:cs="Times New Roman"/>
          <w:szCs w:val="24"/>
        </w:rPr>
      </w:pPr>
      <w:r w:rsidRPr="00E43AE7">
        <w:rPr>
          <w:rFonts w:cs="Times New Roman"/>
          <w:b/>
          <w:szCs w:val="24"/>
        </w:rPr>
        <w:t>CỘNG HÒA XÃ HỘI CHỦ NGHĨA VIỆT NAM</w:t>
      </w:r>
    </w:p>
    <w:p w:rsidR="007B73E9" w:rsidRPr="00E43AE7" w:rsidRDefault="00A31789">
      <w:pPr>
        <w:jc w:val="center"/>
        <w:rPr>
          <w:rFonts w:cs="Times New Roman"/>
          <w:szCs w:val="24"/>
        </w:rPr>
      </w:pPr>
      <w:r w:rsidRPr="00E43AE7">
        <w:rPr>
          <w:rFonts w:cs="Times New Roman"/>
          <w:b/>
          <w:szCs w:val="24"/>
        </w:rPr>
        <w:t>Độc lập – Tự do – Hạnh phúc</w:t>
      </w:r>
    </w:p>
    <w:p w:rsidR="007B73E9" w:rsidRPr="00E43AE7" w:rsidRDefault="00A31789">
      <w:pPr>
        <w:jc w:val="center"/>
        <w:rPr>
          <w:rFonts w:cs="Times New Roman"/>
          <w:szCs w:val="24"/>
        </w:rPr>
      </w:pPr>
      <w:r w:rsidRPr="00E43AE7">
        <w:rPr>
          <w:rFonts w:cs="Times New Roman"/>
          <w:szCs w:val="24"/>
        </w:rPr>
        <w:t>——— o0o ———</w:t>
      </w:r>
    </w:p>
    <w:p w:rsidR="007B73E9" w:rsidRPr="00E43AE7" w:rsidRDefault="00A31789">
      <w:pPr>
        <w:jc w:val="center"/>
        <w:rPr>
          <w:rFonts w:cs="Times New Roman"/>
          <w:szCs w:val="24"/>
        </w:rPr>
      </w:pPr>
      <w:r w:rsidRPr="00E43AE7">
        <w:rPr>
          <w:rFonts w:cs="Times New Roman"/>
          <w:b/>
          <w:szCs w:val="24"/>
        </w:rPr>
        <w:t>HỢP ĐỒNG THUÊ NHÀ</w:t>
      </w:r>
    </w:p>
    <w:p w:rsidR="007B73E9" w:rsidRPr="007A6F87" w:rsidRDefault="00A31789">
      <w:pPr>
        <w:jc w:val="center"/>
        <w:rPr>
          <w:rFonts w:cs="Times New Roman"/>
          <w:b/>
          <w:szCs w:val="24"/>
        </w:rPr>
      </w:pPr>
      <w:r w:rsidRPr="007A6F87">
        <w:rPr>
          <w:rFonts w:cs="Times New Roman"/>
          <w:b/>
          <w:szCs w:val="24"/>
        </w:rPr>
        <w:t>Số: ……/HĐTN-GFTTH</w:t>
      </w:r>
    </w:p>
    <w:p w:rsidR="007B73E9" w:rsidRPr="00E43AE7" w:rsidRDefault="00A31789">
      <w:pPr>
        <w:rPr>
          <w:rFonts w:cs="Times New Roman"/>
          <w:szCs w:val="24"/>
        </w:rPr>
      </w:pPr>
      <w:r w:rsidRPr="00E43AE7">
        <w:rPr>
          <w:rFonts w:cs="Times New Roman"/>
          <w:szCs w:val="24"/>
        </w:rPr>
        <w:t>Hôm nay, ngày …… tháng …… năm ……, tại …………………………………………………, chúng tôi gồm:</w:t>
      </w:r>
    </w:p>
    <w:p w:rsidR="007B73E9" w:rsidRPr="00E43AE7" w:rsidRDefault="00A31789" w:rsidP="00E43AE7">
      <w:pPr>
        <w:pStyle w:val="Heading1"/>
        <w:ind w:firstLine="720"/>
        <w:rPr>
          <w:rFonts w:ascii="Times New Roman" w:hAnsi="Times New Roman" w:cs="Times New Roman"/>
          <w:color w:val="auto"/>
          <w:szCs w:val="24"/>
        </w:rPr>
      </w:pPr>
      <w:r w:rsidRPr="00E43AE7">
        <w:rPr>
          <w:rFonts w:ascii="Times New Roman" w:hAnsi="Times New Roman" w:cs="Times New Roman"/>
          <w:color w:val="auto"/>
          <w:szCs w:val="24"/>
        </w:rPr>
        <w:t>BÊN CHO THUÊ NHÀ (BÊN A)</w:t>
      </w:r>
    </w:p>
    <w:p w:rsidR="007B73E9" w:rsidRPr="00E43AE7" w:rsidRDefault="00A31789">
      <w:pPr>
        <w:rPr>
          <w:rFonts w:cs="Times New Roman"/>
          <w:szCs w:val="24"/>
        </w:rPr>
      </w:pPr>
      <w:r w:rsidRPr="00E43AE7">
        <w:rPr>
          <w:rFonts w:cs="Times New Roman"/>
          <w:szCs w:val="24"/>
        </w:rPr>
        <w:t>Ông/Bà: ........................................................................................................................</w:t>
      </w:r>
    </w:p>
    <w:p w:rsidR="007B73E9" w:rsidRPr="00E43AE7" w:rsidRDefault="00A31789">
      <w:pPr>
        <w:rPr>
          <w:rFonts w:cs="Times New Roman"/>
          <w:szCs w:val="24"/>
        </w:rPr>
      </w:pPr>
      <w:r w:rsidRPr="00E43AE7">
        <w:rPr>
          <w:rFonts w:cs="Times New Roman"/>
          <w:szCs w:val="24"/>
        </w:rPr>
        <w:t>Ngày, tháng, năm sinh: ........................................  CCCD số: ........................................</w:t>
      </w:r>
    </w:p>
    <w:p w:rsidR="007B73E9" w:rsidRPr="00E43AE7" w:rsidRDefault="00A31789">
      <w:pPr>
        <w:rPr>
          <w:rFonts w:cs="Times New Roman"/>
          <w:szCs w:val="24"/>
        </w:rPr>
      </w:pPr>
      <w:r w:rsidRPr="00E43AE7">
        <w:rPr>
          <w:rFonts w:cs="Times New Roman"/>
          <w:szCs w:val="24"/>
        </w:rPr>
        <w:t>Ngày cấp: .................................  Nơi cấp: ....................................................................</w:t>
      </w:r>
    </w:p>
    <w:p w:rsidR="007B73E9" w:rsidRPr="00E43AE7" w:rsidRDefault="00A31789">
      <w:pPr>
        <w:rPr>
          <w:rFonts w:cs="Times New Roman"/>
          <w:szCs w:val="24"/>
        </w:rPr>
      </w:pPr>
      <w:r w:rsidRPr="00E43AE7">
        <w:rPr>
          <w:rFonts w:cs="Times New Roman"/>
          <w:szCs w:val="24"/>
        </w:rPr>
        <w:t>Địa chỉ thường trú: ........................................................................................................</w:t>
      </w:r>
    </w:p>
    <w:p w:rsidR="007B73E9" w:rsidRPr="00E43AE7" w:rsidRDefault="00A31789">
      <w:pPr>
        <w:rPr>
          <w:rFonts w:cs="Times New Roman"/>
          <w:szCs w:val="24"/>
        </w:rPr>
      </w:pPr>
      <w:r w:rsidRPr="00E43AE7">
        <w:rPr>
          <w:rFonts w:cs="Times New Roman"/>
          <w:szCs w:val="24"/>
        </w:rPr>
        <w:t>Số điện thoại: ........................................  Mã số thuế cá nhân (nếu có): ........................</w:t>
      </w:r>
    </w:p>
    <w:p w:rsidR="007B73E9" w:rsidRPr="00E43AE7" w:rsidRDefault="00A31789">
      <w:pPr>
        <w:rPr>
          <w:rFonts w:cs="Times New Roman"/>
          <w:szCs w:val="24"/>
        </w:rPr>
      </w:pPr>
      <w:r w:rsidRPr="00E43AE7">
        <w:rPr>
          <w:rFonts w:cs="Times New Roman"/>
          <w:szCs w:val="24"/>
        </w:rPr>
        <w:t>Tài khoản ngân hàng: ........................................ Chủ tài khoản: .....................................</w:t>
      </w:r>
    </w:p>
    <w:p w:rsidR="007B73E9" w:rsidRPr="00E43AE7" w:rsidRDefault="00A31789">
      <w:pPr>
        <w:rPr>
          <w:rFonts w:cs="Times New Roman"/>
          <w:szCs w:val="24"/>
        </w:rPr>
      </w:pPr>
      <w:r w:rsidRPr="00E43AE7">
        <w:rPr>
          <w:rFonts w:cs="Times New Roman"/>
          <w:szCs w:val="24"/>
        </w:rPr>
        <w:t xml:space="preserve">Tư cách cho thuê: </w:t>
      </w:r>
      <w:r w:rsidRPr="00E43AE7">
        <w:rPr>
          <w:rFonts w:ascii="Segoe UI Symbol" w:hAnsi="Segoe UI Symbol" w:cs="Segoe UI Symbol"/>
          <w:szCs w:val="24"/>
        </w:rPr>
        <w:t>☐</w:t>
      </w:r>
      <w:r w:rsidRPr="00E43AE7">
        <w:rPr>
          <w:rFonts w:cs="Times New Roman"/>
          <w:szCs w:val="24"/>
        </w:rPr>
        <w:t xml:space="preserve"> Chủ sở hữu/người có quyền sử dụng hợp pháp  </w:t>
      </w:r>
      <w:r w:rsidRPr="00E43AE7">
        <w:rPr>
          <w:rFonts w:ascii="Segoe UI Symbol" w:hAnsi="Segoe UI Symbol" w:cs="Segoe UI Symbol"/>
          <w:szCs w:val="24"/>
        </w:rPr>
        <w:t>☐</w:t>
      </w:r>
      <w:r w:rsidRPr="00E43AE7">
        <w:rPr>
          <w:rFonts w:cs="Times New Roman"/>
          <w:szCs w:val="24"/>
        </w:rPr>
        <w:t xml:space="preserve"> Người được ủy quyền (kèm giấy tờ).</w:t>
      </w:r>
    </w:p>
    <w:p w:rsidR="007B73E9" w:rsidRPr="00E43AE7" w:rsidRDefault="00A31789" w:rsidP="00E43AE7">
      <w:pPr>
        <w:pStyle w:val="Heading1"/>
        <w:ind w:firstLine="720"/>
        <w:rPr>
          <w:rFonts w:ascii="Times New Roman" w:hAnsi="Times New Roman" w:cs="Times New Roman"/>
          <w:color w:val="auto"/>
          <w:szCs w:val="24"/>
        </w:rPr>
      </w:pPr>
      <w:r w:rsidRPr="00E43AE7">
        <w:rPr>
          <w:rFonts w:ascii="Times New Roman" w:hAnsi="Times New Roman" w:cs="Times New Roman"/>
          <w:color w:val="auto"/>
          <w:szCs w:val="24"/>
        </w:rPr>
        <w:t>BÊN THUÊ NHÀ (BÊN B)</w:t>
      </w:r>
    </w:p>
    <w:p w:rsidR="007B73E9" w:rsidRPr="00E43AE7" w:rsidRDefault="00A31789">
      <w:pPr>
        <w:rPr>
          <w:rFonts w:cs="Times New Roman"/>
          <w:szCs w:val="24"/>
        </w:rPr>
      </w:pPr>
      <w:r w:rsidRPr="00E43AE7">
        <w:rPr>
          <w:rFonts w:cs="Times New Roman"/>
          <w:szCs w:val="24"/>
        </w:rPr>
        <w:t xml:space="preserve">Tên doanh nghiệp: </w:t>
      </w:r>
      <w:r w:rsidRPr="00E43AE7">
        <w:rPr>
          <w:rFonts w:cs="Times New Roman"/>
          <w:b/>
          <w:szCs w:val="24"/>
        </w:rPr>
        <w:t>CÔNG TY CỔ PHẦN ĐẦU TƯ THƯƠNG MẠI GFTTH VIỆT NAM</w:t>
      </w:r>
    </w:p>
    <w:p w:rsidR="007B73E9" w:rsidRPr="00E43AE7" w:rsidRDefault="00A31789">
      <w:pPr>
        <w:rPr>
          <w:rFonts w:cs="Times New Roman"/>
          <w:szCs w:val="24"/>
        </w:rPr>
      </w:pPr>
      <w:r w:rsidRPr="00E43AE7">
        <w:rPr>
          <w:rFonts w:cs="Times New Roman"/>
          <w:szCs w:val="24"/>
        </w:rPr>
        <w:t xml:space="preserve">Mã số thuế: </w:t>
      </w:r>
      <w:r w:rsidRPr="00E43AE7">
        <w:rPr>
          <w:rFonts w:cs="Times New Roman"/>
          <w:b/>
          <w:szCs w:val="24"/>
        </w:rPr>
        <w:t>0108460517</w:t>
      </w:r>
    </w:p>
    <w:p w:rsidR="007B73E9" w:rsidRPr="00E43AE7" w:rsidRDefault="00A31789">
      <w:pPr>
        <w:rPr>
          <w:rFonts w:cs="Times New Roman"/>
          <w:szCs w:val="24"/>
        </w:rPr>
      </w:pPr>
      <w:r w:rsidRPr="00E43AE7">
        <w:rPr>
          <w:rFonts w:cs="Times New Roman"/>
          <w:szCs w:val="24"/>
        </w:rPr>
        <w:t>Địa chỉ: Đội 3, thôn Phú Hạ, Xã Kim Anh, Thành phố Hà Nội</w:t>
      </w:r>
    </w:p>
    <w:p w:rsidR="00E43AE7" w:rsidRPr="00E43AE7" w:rsidRDefault="00A31789">
      <w:pPr>
        <w:rPr>
          <w:rFonts w:cs="Times New Roman"/>
          <w:b/>
          <w:szCs w:val="24"/>
        </w:rPr>
      </w:pPr>
      <w:r w:rsidRPr="00E43AE7">
        <w:rPr>
          <w:rFonts w:cs="Times New Roman"/>
          <w:szCs w:val="24"/>
        </w:rPr>
        <w:t xml:space="preserve">Người đại diện: Ông </w:t>
      </w:r>
      <w:r w:rsidRPr="00E43AE7">
        <w:rPr>
          <w:rFonts w:cs="Times New Roman"/>
          <w:b/>
          <w:szCs w:val="24"/>
        </w:rPr>
        <w:t>NGUYỄN VĂN NGỌC</w:t>
      </w:r>
      <w:r w:rsidR="00E43AE7" w:rsidRPr="00E43AE7">
        <w:rPr>
          <w:rFonts w:cs="Times New Roman"/>
          <w:b/>
          <w:szCs w:val="24"/>
        </w:rPr>
        <w:tab/>
      </w:r>
      <w:r w:rsidRPr="00E43AE7">
        <w:rPr>
          <w:rFonts w:cs="Times New Roman"/>
          <w:szCs w:val="24"/>
        </w:rPr>
        <w:t xml:space="preserve">Chức vụ: </w:t>
      </w:r>
      <w:r w:rsidR="00E43AE7" w:rsidRPr="00E43AE7">
        <w:rPr>
          <w:rFonts w:cs="Times New Roman"/>
          <w:b/>
          <w:szCs w:val="24"/>
        </w:rPr>
        <w:t>Tổng giám đốc</w:t>
      </w:r>
    </w:p>
    <w:p w:rsidR="00E43AE7" w:rsidRDefault="00A31789">
      <w:pPr>
        <w:rPr>
          <w:rFonts w:cs="Times New Roman"/>
          <w:szCs w:val="24"/>
        </w:rPr>
      </w:pPr>
      <w:r w:rsidRPr="00E43AE7">
        <w:rPr>
          <w:rFonts w:cs="Times New Roman"/>
          <w:szCs w:val="24"/>
        </w:rPr>
        <w:t xml:space="preserve">Điện thoại: </w:t>
      </w:r>
      <w:r w:rsidR="00E43AE7" w:rsidRPr="00E43AE7">
        <w:rPr>
          <w:rFonts w:cs="Times New Roman"/>
          <w:b/>
          <w:szCs w:val="24"/>
        </w:rPr>
        <w:t>0582 988 222</w:t>
      </w:r>
    </w:p>
    <w:p w:rsidR="007B73E9" w:rsidRPr="00E43AE7" w:rsidRDefault="00A31789">
      <w:pPr>
        <w:rPr>
          <w:rFonts w:cs="Times New Roman"/>
          <w:szCs w:val="24"/>
        </w:rPr>
      </w:pPr>
      <w:r w:rsidRPr="00E43AE7">
        <w:rPr>
          <w:rFonts w:cs="Times New Roman"/>
          <w:szCs w:val="24"/>
        </w:rPr>
        <w:t>Hai bên tự nguyện thỏa thuận ký Hợp đồng thuê nhà với các điều khoản sau:</w:t>
      </w:r>
    </w:p>
    <w:p w:rsidR="007B73E9" w:rsidRPr="00E43AE7" w:rsidRDefault="00A31789" w:rsidP="00E87F01">
      <w:pPr>
        <w:pStyle w:val="Heading1"/>
        <w:ind w:firstLine="720"/>
        <w:rPr>
          <w:rFonts w:ascii="Times New Roman" w:hAnsi="Times New Roman" w:cs="Times New Roman"/>
          <w:color w:val="auto"/>
          <w:szCs w:val="24"/>
        </w:rPr>
      </w:pPr>
      <w:r w:rsidRPr="00E43AE7">
        <w:rPr>
          <w:rFonts w:ascii="Times New Roman" w:hAnsi="Times New Roman" w:cs="Times New Roman"/>
          <w:color w:val="auto"/>
          <w:szCs w:val="24"/>
        </w:rPr>
        <w:t>ĐIỀU 1. NHÀ CHO THUÊ VÀ MỤC ĐÍCH THUÊ</w:t>
      </w:r>
    </w:p>
    <w:p w:rsidR="007B73E9" w:rsidRPr="00E43AE7" w:rsidRDefault="00A31789">
      <w:pPr>
        <w:rPr>
          <w:rFonts w:cs="Times New Roman"/>
          <w:szCs w:val="24"/>
        </w:rPr>
      </w:pPr>
      <w:r w:rsidRPr="00E43AE7">
        <w:rPr>
          <w:rFonts w:cs="Times New Roman"/>
          <w:szCs w:val="24"/>
        </w:rPr>
        <w:t>1.1. Địa chỉ nhà cho thuê: ................................................................................................</w:t>
      </w:r>
      <w:r w:rsidR="00E43AE7">
        <w:rPr>
          <w:rFonts w:cs="Times New Roman"/>
          <w:szCs w:val="24"/>
        </w:rPr>
        <w:t>.......................</w:t>
      </w:r>
    </w:p>
    <w:p w:rsidR="007B73E9" w:rsidRPr="00E43AE7" w:rsidRDefault="00A31789">
      <w:pPr>
        <w:rPr>
          <w:rFonts w:cs="Times New Roman"/>
          <w:szCs w:val="24"/>
        </w:rPr>
      </w:pPr>
      <w:r w:rsidRPr="00E43AE7">
        <w:rPr>
          <w:rFonts w:cs="Times New Roman"/>
          <w:szCs w:val="24"/>
        </w:rPr>
        <w:t>1.2. Diện tích sử dụng: ................ m²; kết cấu/số tầng: ......................................................</w:t>
      </w:r>
      <w:r w:rsidR="00E43AE7">
        <w:rPr>
          <w:rFonts w:cs="Times New Roman"/>
          <w:szCs w:val="24"/>
        </w:rPr>
        <w:t>...................</w:t>
      </w:r>
    </w:p>
    <w:p w:rsidR="007B73E9" w:rsidRPr="00E43AE7" w:rsidRDefault="00A31789">
      <w:pPr>
        <w:rPr>
          <w:rFonts w:cs="Times New Roman"/>
          <w:szCs w:val="24"/>
        </w:rPr>
      </w:pPr>
      <w:r w:rsidRPr="00E43AE7">
        <w:rPr>
          <w:rFonts w:cs="Times New Roman"/>
          <w:szCs w:val="24"/>
        </w:rPr>
        <w:t>1.3. Giấy tờ chứng minh quyền sở hữu/quyền sử dụng hoặc quyền cho thuê: ........................</w:t>
      </w:r>
      <w:r w:rsidR="00E43AE7">
        <w:rPr>
          <w:rFonts w:cs="Times New Roman"/>
          <w:szCs w:val="24"/>
        </w:rPr>
        <w:t>..............</w:t>
      </w:r>
    </w:p>
    <w:p w:rsidR="007B73E9" w:rsidRPr="00E43AE7" w:rsidRDefault="00A31789">
      <w:pPr>
        <w:rPr>
          <w:rFonts w:cs="Times New Roman"/>
          <w:szCs w:val="24"/>
        </w:rPr>
      </w:pPr>
      <w:r w:rsidRPr="00E43AE7">
        <w:rPr>
          <w:rFonts w:cs="Times New Roman"/>
          <w:szCs w:val="24"/>
        </w:rPr>
        <w:t>........................................................................................................................................</w:t>
      </w:r>
      <w:r w:rsidR="00E43AE7">
        <w:rPr>
          <w:rFonts w:cs="Times New Roman"/>
          <w:szCs w:val="24"/>
        </w:rPr>
        <w:t>........................</w:t>
      </w:r>
    </w:p>
    <w:p w:rsidR="007B73E9" w:rsidRPr="00E43AE7" w:rsidRDefault="00A31789">
      <w:pPr>
        <w:rPr>
          <w:rFonts w:cs="Times New Roman"/>
          <w:szCs w:val="24"/>
        </w:rPr>
      </w:pPr>
      <w:r w:rsidRPr="00E43AE7">
        <w:rPr>
          <w:rFonts w:cs="Times New Roman"/>
          <w:szCs w:val="24"/>
        </w:rPr>
        <w:t xml:space="preserve">1.4. Mục đích thuê: </w:t>
      </w:r>
      <w:r w:rsidRPr="00E43AE7">
        <w:rPr>
          <w:rFonts w:ascii="Segoe UI Symbol" w:hAnsi="Segoe UI Symbol" w:cs="Segoe UI Symbol"/>
          <w:szCs w:val="24"/>
        </w:rPr>
        <w:t>☐</w:t>
      </w:r>
      <w:r w:rsidRPr="00E43AE7">
        <w:rPr>
          <w:rFonts w:cs="Times New Roman"/>
          <w:szCs w:val="24"/>
        </w:rPr>
        <w:t xml:space="preserve"> Văn phòng  </w:t>
      </w:r>
      <w:r w:rsidRPr="00E43AE7">
        <w:rPr>
          <w:rFonts w:ascii="Segoe UI Symbol" w:hAnsi="Segoe UI Symbol" w:cs="Segoe UI Symbol"/>
          <w:szCs w:val="24"/>
        </w:rPr>
        <w:t>☐</w:t>
      </w:r>
      <w:r w:rsidRPr="00E43AE7">
        <w:rPr>
          <w:rFonts w:cs="Times New Roman"/>
          <w:szCs w:val="24"/>
        </w:rPr>
        <w:t xml:space="preserve"> Kho  </w:t>
      </w:r>
      <w:r w:rsidRPr="00E43AE7">
        <w:rPr>
          <w:rFonts w:ascii="Segoe UI Symbol" w:hAnsi="Segoe UI Symbol" w:cs="Segoe UI Symbol"/>
          <w:szCs w:val="24"/>
        </w:rPr>
        <w:t>☐</w:t>
      </w:r>
      <w:r w:rsidRPr="00E43AE7">
        <w:rPr>
          <w:rFonts w:cs="Times New Roman"/>
          <w:szCs w:val="24"/>
        </w:rPr>
        <w:t xml:space="preserve"> Cửa hàng/địa điểm kinh doanh  </w:t>
      </w:r>
      <w:r w:rsidRPr="00E43AE7">
        <w:rPr>
          <w:rFonts w:ascii="Segoe UI Symbol" w:hAnsi="Segoe UI Symbol" w:cs="Segoe UI Symbol"/>
          <w:szCs w:val="24"/>
        </w:rPr>
        <w:t>☐</w:t>
      </w:r>
      <w:r w:rsidRPr="00E43AE7">
        <w:rPr>
          <w:rFonts w:cs="Times New Roman"/>
          <w:szCs w:val="24"/>
        </w:rPr>
        <w:t xml:space="preserve"> Khác: ............</w:t>
      </w:r>
    </w:p>
    <w:p w:rsidR="007B73E9" w:rsidRPr="00E43AE7" w:rsidRDefault="00A31789">
      <w:pPr>
        <w:rPr>
          <w:rFonts w:cs="Times New Roman"/>
          <w:szCs w:val="24"/>
        </w:rPr>
      </w:pPr>
      <w:r w:rsidRPr="00E43AE7">
        <w:rPr>
          <w:rFonts w:cs="Times New Roman"/>
          <w:szCs w:val="24"/>
        </w:rPr>
        <w:t>1.5. Bên A cam kết có quyền cho thuê hợp pháp; nhà không thuộc trường hợp bị cấm cho thuê và việc cho thuê không xâm phạm quyền hợp pháp của bên thứ ba.</w:t>
      </w:r>
    </w:p>
    <w:p w:rsidR="007B73E9" w:rsidRPr="00E43AE7" w:rsidRDefault="00A31789">
      <w:pPr>
        <w:rPr>
          <w:rFonts w:cs="Times New Roman"/>
          <w:szCs w:val="24"/>
        </w:rPr>
      </w:pPr>
      <w:r w:rsidRPr="00E43AE7">
        <w:rPr>
          <w:rFonts w:cs="Times New Roman"/>
          <w:szCs w:val="24"/>
        </w:rPr>
        <w:t>1.6. Hiện trạng nhà, chìa khóa, công tơ và tài sản kèm theo được ghi nhận tại Biên bản bàn giao là phụ lục của Hợp đồng.</w:t>
      </w:r>
    </w:p>
    <w:p w:rsidR="007B73E9" w:rsidRPr="00E43AE7" w:rsidRDefault="00A31789" w:rsidP="00E87F01">
      <w:pPr>
        <w:pStyle w:val="Heading1"/>
        <w:ind w:firstLine="720"/>
        <w:rPr>
          <w:rFonts w:ascii="Times New Roman" w:hAnsi="Times New Roman" w:cs="Times New Roman"/>
          <w:color w:val="auto"/>
          <w:szCs w:val="24"/>
        </w:rPr>
      </w:pPr>
      <w:r w:rsidRPr="00E43AE7">
        <w:rPr>
          <w:rFonts w:ascii="Times New Roman" w:hAnsi="Times New Roman" w:cs="Times New Roman"/>
          <w:color w:val="auto"/>
          <w:szCs w:val="24"/>
        </w:rPr>
        <w:lastRenderedPageBreak/>
        <w:t>ĐIỀU 2. THỜI HẠN THUÊ</w:t>
      </w:r>
    </w:p>
    <w:p w:rsidR="00E87F01" w:rsidRDefault="00A31789">
      <w:pPr>
        <w:rPr>
          <w:rFonts w:cs="Times New Roman"/>
          <w:szCs w:val="24"/>
        </w:rPr>
      </w:pPr>
      <w:r w:rsidRPr="00E43AE7">
        <w:rPr>
          <w:rFonts w:cs="Times New Roman"/>
          <w:szCs w:val="24"/>
        </w:rPr>
        <w:t>2.1. Thời hạn t</w:t>
      </w:r>
      <w:r w:rsidR="00E87F01">
        <w:rPr>
          <w:rFonts w:cs="Times New Roman"/>
          <w:szCs w:val="24"/>
        </w:rPr>
        <w:t>huê: ............... tháng/năm.</w:t>
      </w:r>
    </w:p>
    <w:p w:rsidR="007B73E9" w:rsidRPr="00E43AE7" w:rsidRDefault="00E87F01" w:rsidP="004500D0">
      <w:pPr>
        <w:ind w:firstLine="720"/>
        <w:rPr>
          <w:rFonts w:cs="Times New Roman"/>
          <w:szCs w:val="24"/>
        </w:rPr>
      </w:pPr>
      <w:r>
        <w:rPr>
          <w:rFonts w:cs="Times New Roman"/>
          <w:szCs w:val="24"/>
        </w:rPr>
        <w:t>T</w:t>
      </w:r>
      <w:r w:rsidR="00A31789" w:rsidRPr="00E43AE7">
        <w:rPr>
          <w:rFonts w:cs="Times New Roman"/>
          <w:szCs w:val="24"/>
        </w:rPr>
        <w:t>ừ ngày ……/……/……… đến hết ngày ……/……/……….</w:t>
      </w:r>
    </w:p>
    <w:p w:rsidR="007B73E9" w:rsidRPr="00E43AE7" w:rsidRDefault="00A31789">
      <w:pPr>
        <w:rPr>
          <w:rFonts w:cs="Times New Roman"/>
          <w:szCs w:val="24"/>
        </w:rPr>
      </w:pPr>
      <w:r w:rsidRPr="00E43AE7">
        <w:rPr>
          <w:rFonts w:cs="Times New Roman"/>
          <w:szCs w:val="24"/>
        </w:rPr>
        <w:t>2.2. Việc gia hạn phải được hai bên xác nhận bằng văn bản trước khi Hợp đồng hết hạn.</w:t>
      </w:r>
    </w:p>
    <w:p w:rsidR="007B73E9" w:rsidRPr="00E43AE7" w:rsidRDefault="00A31789">
      <w:pPr>
        <w:rPr>
          <w:rFonts w:cs="Times New Roman"/>
          <w:szCs w:val="24"/>
        </w:rPr>
      </w:pPr>
      <w:r w:rsidRPr="00E43AE7">
        <w:rPr>
          <w:rFonts w:cs="Times New Roman"/>
          <w:szCs w:val="24"/>
        </w:rPr>
        <w:t>2.3. Ngày bàn giao nhà dự kiến: ……/……/………</w:t>
      </w:r>
    </w:p>
    <w:p w:rsidR="007B73E9" w:rsidRPr="00E43AE7" w:rsidRDefault="00A31789" w:rsidP="00E87F01">
      <w:pPr>
        <w:pStyle w:val="Heading1"/>
        <w:ind w:firstLine="720"/>
        <w:rPr>
          <w:rFonts w:ascii="Times New Roman" w:hAnsi="Times New Roman" w:cs="Times New Roman"/>
          <w:color w:val="auto"/>
          <w:szCs w:val="24"/>
        </w:rPr>
      </w:pPr>
      <w:r w:rsidRPr="00E43AE7">
        <w:rPr>
          <w:rFonts w:ascii="Times New Roman" w:hAnsi="Times New Roman" w:cs="Times New Roman"/>
          <w:color w:val="auto"/>
          <w:szCs w:val="24"/>
        </w:rPr>
        <w:t>ĐIỀU 3. GIÁ THUÊ, ĐẶT CỌC VÀ THANH TOÁN</w:t>
      </w:r>
    </w:p>
    <w:p w:rsidR="007B73E9" w:rsidRPr="00E43AE7" w:rsidRDefault="00A31789">
      <w:pPr>
        <w:rPr>
          <w:rFonts w:cs="Times New Roman"/>
          <w:szCs w:val="24"/>
        </w:rPr>
      </w:pPr>
      <w:r w:rsidRPr="00E43AE7">
        <w:rPr>
          <w:rFonts w:cs="Times New Roman"/>
          <w:szCs w:val="24"/>
        </w:rPr>
        <w:t>3.1. Giá thuê: ................................ đồng/tháng (bằng chữ: ...................................................).</w:t>
      </w:r>
    </w:p>
    <w:p w:rsidR="002D72FE" w:rsidRDefault="00A31789">
      <w:pPr>
        <w:rPr>
          <w:rFonts w:cs="Times New Roman"/>
          <w:szCs w:val="24"/>
        </w:rPr>
      </w:pPr>
      <w:r w:rsidRPr="00E43AE7">
        <w:rPr>
          <w:rFonts w:cs="Times New Roman"/>
          <w:szCs w:val="24"/>
        </w:rPr>
        <w:t xml:space="preserve">3.2. Giá thuê được xác định là: </w:t>
      </w:r>
    </w:p>
    <w:p w:rsidR="002D72FE" w:rsidRDefault="00A31789">
      <w:pPr>
        <w:rPr>
          <w:rFonts w:cs="Times New Roman"/>
          <w:szCs w:val="24"/>
        </w:rPr>
      </w:pPr>
      <w:r w:rsidRPr="00E43AE7">
        <w:rPr>
          <w:rFonts w:ascii="Segoe UI Symbol" w:hAnsi="Segoe UI Symbol" w:cs="Segoe UI Symbol"/>
          <w:szCs w:val="24"/>
        </w:rPr>
        <w:t>☐</w:t>
      </w:r>
      <w:r w:rsidRPr="00E43AE7">
        <w:rPr>
          <w:rFonts w:cs="Times New Roman"/>
          <w:szCs w:val="24"/>
        </w:rPr>
        <w:t xml:space="preserve"> Đã bao gồm thuế phát sinh từ hoạt động cho thuê theo thỏa thuận  </w:t>
      </w:r>
    </w:p>
    <w:p w:rsidR="007B73E9" w:rsidRPr="00E43AE7" w:rsidRDefault="00A31789">
      <w:pPr>
        <w:rPr>
          <w:rFonts w:cs="Times New Roman"/>
          <w:szCs w:val="24"/>
        </w:rPr>
      </w:pPr>
      <w:r w:rsidRPr="00E43AE7">
        <w:rPr>
          <w:rFonts w:ascii="Segoe UI Symbol" w:hAnsi="Segoe UI Symbol" w:cs="Segoe UI Symbol"/>
          <w:szCs w:val="24"/>
        </w:rPr>
        <w:t>☐</w:t>
      </w:r>
      <w:r w:rsidRPr="00E43AE7">
        <w:rPr>
          <w:rFonts w:cs="Times New Roman"/>
          <w:szCs w:val="24"/>
        </w:rPr>
        <w:t xml:space="preserve"> Chưa bao gồm các khoản thuế đó. Hai bên phải ghi rõ trách nhiệm kê khai, nộp thuế tại </w:t>
      </w:r>
      <w:r w:rsidRPr="002D72FE">
        <w:rPr>
          <w:rFonts w:cs="Times New Roman"/>
          <w:b/>
          <w:szCs w:val="24"/>
        </w:rPr>
        <w:t>Điều 5</w:t>
      </w:r>
      <w:r w:rsidRPr="00E43AE7">
        <w:rPr>
          <w:rFonts w:cs="Times New Roman"/>
          <w:szCs w:val="24"/>
        </w:rPr>
        <w:t>.</w:t>
      </w:r>
    </w:p>
    <w:p w:rsidR="007B73E9" w:rsidRPr="00E43AE7" w:rsidRDefault="00A31789">
      <w:pPr>
        <w:rPr>
          <w:rFonts w:cs="Times New Roman"/>
          <w:szCs w:val="24"/>
        </w:rPr>
      </w:pPr>
      <w:r w:rsidRPr="00E43AE7">
        <w:rPr>
          <w:rFonts w:cs="Times New Roman"/>
          <w:szCs w:val="24"/>
        </w:rPr>
        <w:t>3.3. Tiền đặt cọc: ................................ đồng. Việc đặt cọc được xác nhận bằng chứng từ/biên nhận riêng.</w:t>
      </w:r>
    </w:p>
    <w:p w:rsidR="007B73E9" w:rsidRPr="00E43AE7" w:rsidRDefault="00A31789">
      <w:pPr>
        <w:rPr>
          <w:rFonts w:cs="Times New Roman"/>
          <w:szCs w:val="24"/>
        </w:rPr>
      </w:pPr>
      <w:r w:rsidRPr="00E43AE7">
        <w:rPr>
          <w:rFonts w:cs="Times New Roman"/>
          <w:szCs w:val="24"/>
        </w:rPr>
        <w:t xml:space="preserve">3.4. Kỳ thanh toán: </w:t>
      </w:r>
      <w:r w:rsidRPr="00E43AE7">
        <w:rPr>
          <w:rFonts w:ascii="Segoe UI Symbol" w:hAnsi="Segoe UI Symbol" w:cs="Segoe UI Symbol"/>
          <w:szCs w:val="24"/>
        </w:rPr>
        <w:t>☐</w:t>
      </w:r>
      <w:r w:rsidRPr="00E43AE7">
        <w:rPr>
          <w:rFonts w:cs="Times New Roman"/>
          <w:szCs w:val="24"/>
        </w:rPr>
        <w:t xml:space="preserve"> Hàng tháng  </w:t>
      </w:r>
      <w:r w:rsidRPr="00E43AE7">
        <w:rPr>
          <w:rFonts w:ascii="Segoe UI Symbol" w:hAnsi="Segoe UI Symbol" w:cs="Segoe UI Symbol"/>
          <w:szCs w:val="24"/>
        </w:rPr>
        <w:t>☐</w:t>
      </w:r>
      <w:r w:rsidRPr="00E43AE7">
        <w:rPr>
          <w:rFonts w:cs="Times New Roman"/>
          <w:szCs w:val="24"/>
        </w:rPr>
        <w:t xml:space="preserve"> 03 tháng/lần  </w:t>
      </w:r>
      <w:r w:rsidRPr="00E43AE7">
        <w:rPr>
          <w:rFonts w:ascii="Segoe UI Symbol" w:hAnsi="Segoe UI Symbol" w:cs="Segoe UI Symbol"/>
          <w:szCs w:val="24"/>
        </w:rPr>
        <w:t>☐</w:t>
      </w:r>
      <w:r w:rsidRPr="00E43AE7">
        <w:rPr>
          <w:rFonts w:cs="Times New Roman"/>
          <w:szCs w:val="24"/>
        </w:rPr>
        <w:t xml:space="preserve"> 06 tháng/lần  </w:t>
      </w:r>
      <w:r w:rsidRPr="00E43AE7">
        <w:rPr>
          <w:rFonts w:ascii="Segoe UI Symbol" w:hAnsi="Segoe UI Symbol" w:cs="Segoe UI Symbol"/>
          <w:szCs w:val="24"/>
        </w:rPr>
        <w:t>☐</w:t>
      </w:r>
      <w:r w:rsidRPr="00E43AE7">
        <w:rPr>
          <w:rFonts w:cs="Times New Roman"/>
          <w:szCs w:val="24"/>
        </w:rPr>
        <w:t xml:space="preserve"> Khác: ........................</w:t>
      </w:r>
    </w:p>
    <w:p w:rsidR="007B73E9" w:rsidRPr="00E43AE7" w:rsidRDefault="00A31789">
      <w:pPr>
        <w:rPr>
          <w:rFonts w:cs="Times New Roman"/>
          <w:szCs w:val="24"/>
        </w:rPr>
      </w:pPr>
      <w:r w:rsidRPr="00E43AE7">
        <w:rPr>
          <w:rFonts w:cs="Times New Roman"/>
          <w:szCs w:val="24"/>
        </w:rPr>
        <w:t>3.5. Hạn thanh toán: chậm nhất ngày .......... của kỳ thanh toán. Tiền thuê được thanh toán bằng chuyển khoản vào tài khoản Bên A hoặc phương thức hợp pháp khác có chứng từ đầy đủ.</w:t>
      </w:r>
    </w:p>
    <w:p w:rsidR="007B73E9" w:rsidRPr="00E43AE7" w:rsidRDefault="00A31789">
      <w:pPr>
        <w:rPr>
          <w:rFonts w:cs="Times New Roman"/>
          <w:szCs w:val="24"/>
        </w:rPr>
      </w:pPr>
      <w:r w:rsidRPr="00E43AE7">
        <w:rPr>
          <w:rFonts w:cs="Times New Roman"/>
          <w:szCs w:val="24"/>
        </w:rPr>
        <w:t>3.6. Thông tin tài khoản nhận tiền: Ngân hàng .................................................................; số tài khoản ........................................; chủ tài khoản ........................................</w:t>
      </w:r>
    </w:p>
    <w:p w:rsidR="007B73E9" w:rsidRPr="00E43AE7" w:rsidRDefault="00A31789">
      <w:pPr>
        <w:rPr>
          <w:rFonts w:cs="Times New Roman"/>
          <w:szCs w:val="24"/>
        </w:rPr>
      </w:pPr>
      <w:r w:rsidRPr="00E43AE7">
        <w:rPr>
          <w:rFonts w:cs="Times New Roman"/>
          <w:szCs w:val="24"/>
        </w:rPr>
        <w:t>3.7. Khi điều chỉnh giá thuê, hai bên phải lập phụ lục bằng văn bản. Không tự động thay đổi giá thuê nếu chưa có thỏa thuận.</w:t>
      </w:r>
    </w:p>
    <w:p w:rsidR="007B73E9" w:rsidRPr="00E43AE7" w:rsidRDefault="00A31789" w:rsidP="00E87F01">
      <w:pPr>
        <w:pStyle w:val="Heading1"/>
        <w:ind w:firstLine="720"/>
        <w:rPr>
          <w:rFonts w:ascii="Times New Roman" w:hAnsi="Times New Roman" w:cs="Times New Roman"/>
          <w:color w:val="auto"/>
          <w:szCs w:val="24"/>
        </w:rPr>
      </w:pPr>
      <w:r w:rsidRPr="00E43AE7">
        <w:rPr>
          <w:rFonts w:ascii="Times New Roman" w:hAnsi="Times New Roman" w:cs="Times New Roman"/>
          <w:color w:val="auto"/>
          <w:szCs w:val="24"/>
        </w:rPr>
        <w:t>ĐIỀU 4. ĐIỆN, NƯỚC VÀ CÁC CHI PHÍ SỬ DỤNG</w:t>
      </w:r>
    </w:p>
    <w:p w:rsidR="007B73E9" w:rsidRPr="00E43AE7" w:rsidRDefault="00A31789">
      <w:pPr>
        <w:rPr>
          <w:rFonts w:cs="Times New Roman"/>
          <w:szCs w:val="24"/>
        </w:rPr>
      </w:pPr>
      <w:r w:rsidRPr="00E43AE7">
        <w:rPr>
          <w:rFonts w:cs="Times New Roman"/>
          <w:szCs w:val="24"/>
        </w:rPr>
        <w:t xml:space="preserve">4.1. Điện, nước, internet, vệ sinh, phí dịch vụ và chi phí phát sinh theo mức sử dụng thực tế do: </w:t>
      </w:r>
      <w:r w:rsidRPr="00E43AE7">
        <w:rPr>
          <w:rFonts w:ascii="Segoe UI Symbol" w:hAnsi="Segoe UI Symbol" w:cs="Segoe UI Symbol"/>
          <w:szCs w:val="24"/>
        </w:rPr>
        <w:t>☐</w:t>
      </w:r>
      <w:r w:rsidRPr="00E43AE7">
        <w:rPr>
          <w:rFonts w:cs="Times New Roman"/>
          <w:szCs w:val="24"/>
        </w:rPr>
        <w:t xml:space="preserve"> Bên A chịu  </w:t>
      </w:r>
      <w:r w:rsidRPr="00E43AE7">
        <w:rPr>
          <w:rFonts w:ascii="Segoe UI Symbol" w:hAnsi="Segoe UI Symbol" w:cs="Segoe UI Symbol"/>
          <w:szCs w:val="24"/>
        </w:rPr>
        <w:t>☐</w:t>
      </w:r>
      <w:r w:rsidRPr="00E43AE7">
        <w:rPr>
          <w:rFonts w:cs="Times New Roman"/>
          <w:szCs w:val="24"/>
        </w:rPr>
        <w:t xml:space="preserve"> Bên B chịu  </w:t>
      </w:r>
      <w:r w:rsidRPr="00E43AE7">
        <w:rPr>
          <w:rFonts w:ascii="Segoe UI Symbol" w:hAnsi="Segoe UI Symbol" w:cs="Segoe UI Symbol"/>
          <w:szCs w:val="24"/>
        </w:rPr>
        <w:t>☐</w:t>
      </w:r>
      <w:r w:rsidRPr="00E43AE7">
        <w:rPr>
          <w:rFonts w:cs="Times New Roman"/>
          <w:szCs w:val="24"/>
        </w:rPr>
        <w:t xml:space="preserve"> Theo thỏa thuận: ....................................................</w:t>
      </w:r>
    </w:p>
    <w:p w:rsidR="007B73E9" w:rsidRPr="00E43AE7" w:rsidRDefault="00A31789">
      <w:pPr>
        <w:rPr>
          <w:rFonts w:cs="Times New Roman"/>
          <w:szCs w:val="24"/>
        </w:rPr>
      </w:pPr>
      <w:r w:rsidRPr="00E43AE7">
        <w:rPr>
          <w:rFonts w:cs="Times New Roman"/>
          <w:szCs w:val="24"/>
        </w:rPr>
        <w:t>4.2. Chỉ số công tơ tại thời điểm bàn giao được ghi trong Biên bản bàn giao. Bên chịu chi phí có trách nhiệm thanh toán đúng hạn và lưu chứng từ.</w:t>
      </w:r>
    </w:p>
    <w:p w:rsidR="007B73E9" w:rsidRPr="00E43AE7" w:rsidRDefault="00A31789">
      <w:pPr>
        <w:rPr>
          <w:rFonts w:cs="Times New Roman"/>
          <w:szCs w:val="24"/>
        </w:rPr>
      </w:pPr>
      <w:r w:rsidRPr="00E43AE7">
        <w:rPr>
          <w:rFonts w:cs="Times New Roman"/>
          <w:szCs w:val="24"/>
        </w:rPr>
        <w:t>4.3. Các khoản chi phí sửa chữa, cải tạo hoặc mua sắm tài sản chỉ được ghi nhận theo hồ sơ thực tế, mục đích sử dụng và quy định pháp luật về kế toán, thuế.</w:t>
      </w:r>
    </w:p>
    <w:p w:rsidR="007B73E9" w:rsidRPr="00E43AE7" w:rsidRDefault="00A31789" w:rsidP="00E87F01">
      <w:pPr>
        <w:pStyle w:val="Heading1"/>
        <w:ind w:firstLine="720"/>
        <w:rPr>
          <w:rFonts w:ascii="Times New Roman" w:hAnsi="Times New Roman" w:cs="Times New Roman"/>
          <w:color w:val="auto"/>
          <w:szCs w:val="24"/>
        </w:rPr>
      </w:pPr>
      <w:r w:rsidRPr="00E43AE7">
        <w:rPr>
          <w:rFonts w:ascii="Times New Roman" w:hAnsi="Times New Roman" w:cs="Times New Roman"/>
          <w:color w:val="auto"/>
          <w:szCs w:val="24"/>
        </w:rPr>
        <w:t>ĐIỀU 5. THUẾ VÀ HỒ SƠ, CHỨNG TỪ</w:t>
      </w:r>
    </w:p>
    <w:p w:rsidR="007B73E9" w:rsidRPr="00E43AE7" w:rsidRDefault="00A31789">
      <w:pPr>
        <w:rPr>
          <w:rFonts w:cs="Times New Roman"/>
          <w:szCs w:val="24"/>
        </w:rPr>
      </w:pPr>
      <w:r w:rsidRPr="00E43AE7">
        <w:rPr>
          <w:rFonts w:cs="Times New Roman"/>
          <w:szCs w:val="24"/>
        </w:rPr>
        <w:t>5.1. Hai bên xác định trách nhiệm về thuế phát sinh từ hoạt động cho thuê nhà như sau: .................................................................................................................................</w:t>
      </w:r>
    </w:p>
    <w:p w:rsidR="007B73E9" w:rsidRPr="00E43AE7" w:rsidRDefault="00A31789">
      <w:pPr>
        <w:rPr>
          <w:rFonts w:cs="Times New Roman"/>
          <w:szCs w:val="24"/>
        </w:rPr>
      </w:pPr>
      <w:r w:rsidRPr="00E43AE7">
        <w:rPr>
          <w:rFonts w:cs="Times New Roman"/>
          <w:szCs w:val="24"/>
        </w:rPr>
        <w:t>5.2. Trường hợp Bên B thực hiện kê khai/nộp thuế thay Bên A theo thỏa thuận và pháp luật, Bên A có trách nhiệm cung cấp thông tin, giấy tờ cần thiết; Bên B lưu hồ sơ khai, nộp thuế và chứng từ liên quan.</w:t>
      </w:r>
    </w:p>
    <w:p w:rsidR="007B73E9" w:rsidRPr="00E43AE7" w:rsidRDefault="00A31789">
      <w:pPr>
        <w:rPr>
          <w:rFonts w:cs="Times New Roman"/>
          <w:szCs w:val="24"/>
        </w:rPr>
      </w:pPr>
      <w:r w:rsidRPr="00E43AE7">
        <w:rPr>
          <w:rFonts w:cs="Times New Roman"/>
          <w:szCs w:val="24"/>
        </w:rPr>
        <w:t>5.3. Bên A cung cấp cho Bên B bản sao giấy tờ tùy thân, giấy tờ chứng minh quyền cho thuê hợp pháp và các tài liệu hợp lý cần thiết để lập hồ sơ kế toán, thuế.</w:t>
      </w:r>
    </w:p>
    <w:p w:rsidR="007B73E9" w:rsidRPr="00E43AE7" w:rsidRDefault="00A31789">
      <w:pPr>
        <w:rPr>
          <w:rFonts w:cs="Times New Roman"/>
          <w:szCs w:val="24"/>
        </w:rPr>
      </w:pPr>
      <w:r w:rsidRPr="00E43AE7">
        <w:rPr>
          <w:rFonts w:cs="Times New Roman"/>
          <w:szCs w:val="24"/>
        </w:rPr>
        <w:lastRenderedPageBreak/>
        <w:t>5.4. Hai bên phối hợp lập, ký và lưu Hợp đồng, phụ lục, Biên bản bàn giao, chứng từ thanh toán, biên bản đối chiếu/thanh lý và hồ sơ thuế có liên quan.</w:t>
      </w:r>
    </w:p>
    <w:p w:rsidR="007B73E9" w:rsidRPr="00E43AE7" w:rsidRDefault="00A31789">
      <w:pPr>
        <w:rPr>
          <w:rFonts w:cs="Times New Roman"/>
          <w:szCs w:val="24"/>
        </w:rPr>
      </w:pPr>
      <w:r w:rsidRPr="00E43AE7">
        <w:rPr>
          <w:rFonts w:cs="Times New Roman"/>
          <w:szCs w:val="24"/>
        </w:rPr>
        <w:t>5.5. Việc một khoản tiền thuê có được tính vào chi phí được trừ khi xác định thuế thu nhập doanh nghiệp hay không phụ thuộc vào điều kiện, hồ sơ, chứng từ và quy định pháp luật áp dụng tại kỳ tính thuế; Hợp đồng này tự nó không bảo đảm khoản chi được chấp nhận.</w:t>
      </w:r>
    </w:p>
    <w:p w:rsidR="007B73E9" w:rsidRPr="00E43AE7" w:rsidRDefault="00A31789">
      <w:pPr>
        <w:rPr>
          <w:rFonts w:cs="Times New Roman"/>
          <w:szCs w:val="24"/>
        </w:rPr>
      </w:pPr>
      <w:r w:rsidRPr="00E43AE7">
        <w:rPr>
          <w:rFonts w:cs="Times New Roman"/>
          <w:szCs w:val="24"/>
        </w:rPr>
        <w:t>5.6. Bên A không lập hoặc cung cấp tài liệu sai sự thật; Bên B chỉ hạch toán theo giao dịch thực tế, đúng mục đích và có đủ hồ sơ theo quy định.</w:t>
      </w:r>
    </w:p>
    <w:p w:rsidR="007B73E9" w:rsidRPr="00E43AE7" w:rsidRDefault="00A31789" w:rsidP="00E87F01">
      <w:pPr>
        <w:pStyle w:val="Heading1"/>
        <w:ind w:firstLine="720"/>
        <w:rPr>
          <w:rFonts w:ascii="Times New Roman" w:hAnsi="Times New Roman" w:cs="Times New Roman"/>
          <w:color w:val="auto"/>
          <w:szCs w:val="24"/>
        </w:rPr>
      </w:pPr>
      <w:r w:rsidRPr="00E43AE7">
        <w:rPr>
          <w:rFonts w:ascii="Times New Roman" w:hAnsi="Times New Roman" w:cs="Times New Roman"/>
          <w:color w:val="auto"/>
          <w:szCs w:val="24"/>
        </w:rPr>
        <w:t>ĐIỀU 6. QUYỀN VÀ NGHĨA VỤ CỦA BÊN A</w:t>
      </w:r>
    </w:p>
    <w:p w:rsidR="007B73E9" w:rsidRPr="00E43AE7" w:rsidRDefault="00A31789">
      <w:pPr>
        <w:rPr>
          <w:rFonts w:cs="Times New Roman"/>
          <w:szCs w:val="24"/>
        </w:rPr>
      </w:pPr>
      <w:r w:rsidRPr="00E43AE7">
        <w:rPr>
          <w:rFonts w:cs="Times New Roman"/>
          <w:szCs w:val="24"/>
        </w:rPr>
        <w:t>6.1. Bàn giao nhà đúng thời gian, địa chỉ và hiện trạng đã thỏa thuận.</w:t>
      </w:r>
    </w:p>
    <w:p w:rsidR="007B73E9" w:rsidRPr="00E43AE7" w:rsidRDefault="00A31789">
      <w:pPr>
        <w:rPr>
          <w:rFonts w:cs="Times New Roman"/>
          <w:szCs w:val="24"/>
        </w:rPr>
      </w:pPr>
      <w:r w:rsidRPr="00E43AE7">
        <w:rPr>
          <w:rFonts w:cs="Times New Roman"/>
          <w:szCs w:val="24"/>
        </w:rPr>
        <w:t>6.2. Bảo đảm quyền sử dụng ổn định của Bên B trong thời hạn thuê, trừ trường hợp Hợp đồng hoặc pháp luật quy định khác.</w:t>
      </w:r>
    </w:p>
    <w:p w:rsidR="007B73E9" w:rsidRPr="00E43AE7" w:rsidRDefault="00A31789">
      <w:pPr>
        <w:rPr>
          <w:rFonts w:cs="Times New Roman"/>
          <w:szCs w:val="24"/>
        </w:rPr>
      </w:pPr>
      <w:r w:rsidRPr="00E43AE7">
        <w:rPr>
          <w:rFonts w:cs="Times New Roman"/>
          <w:szCs w:val="24"/>
        </w:rPr>
        <w:t>6.3. Cung cấp giấy tờ chứng minh quyền cho thuê và phối hợp với Bên B trong các thủ tục hợp pháp liên quan đến địa điểm thuê.</w:t>
      </w:r>
    </w:p>
    <w:p w:rsidR="007B73E9" w:rsidRPr="00E43AE7" w:rsidRDefault="00A31789">
      <w:pPr>
        <w:rPr>
          <w:rFonts w:cs="Times New Roman"/>
          <w:szCs w:val="24"/>
        </w:rPr>
      </w:pPr>
      <w:r w:rsidRPr="00E43AE7">
        <w:rPr>
          <w:rFonts w:cs="Times New Roman"/>
          <w:szCs w:val="24"/>
        </w:rPr>
        <w:t>6.4. Thực hiện nghĩa vụ sửa chữa thuộc trách nhiệm của Bên A; thông báo trước khi vào nhà kiểm tra, trừ tình huống khẩn cấp.</w:t>
      </w:r>
      <w:bookmarkStart w:id="0" w:name="_GoBack"/>
      <w:bookmarkEnd w:id="0"/>
    </w:p>
    <w:p w:rsidR="007B73E9" w:rsidRPr="00E43AE7" w:rsidRDefault="00A31789">
      <w:pPr>
        <w:rPr>
          <w:rFonts w:cs="Times New Roman"/>
          <w:szCs w:val="24"/>
        </w:rPr>
      </w:pPr>
      <w:r w:rsidRPr="00E43AE7">
        <w:rPr>
          <w:rFonts w:cs="Times New Roman"/>
          <w:szCs w:val="24"/>
        </w:rPr>
        <w:t>6.5. Nhận tiền thuê theo thỏa thuận; hoàn trả tiền đặt cọc sau khi đối chiếu nghĩa vụ khi Hợp đồng chấm dứt, trừ khoản khấu trừ có căn cứ và được hai bên xác nhận.</w:t>
      </w:r>
    </w:p>
    <w:p w:rsidR="007B73E9" w:rsidRPr="00E43AE7" w:rsidRDefault="00A31789" w:rsidP="00E87F01">
      <w:pPr>
        <w:pStyle w:val="Heading1"/>
        <w:ind w:firstLine="720"/>
        <w:rPr>
          <w:rFonts w:ascii="Times New Roman" w:hAnsi="Times New Roman" w:cs="Times New Roman"/>
          <w:color w:val="auto"/>
          <w:szCs w:val="24"/>
        </w:rPr>
      </w:pPr>
      <w:r w:rsidRPr="00E43AE7">
        <w:rPr>
          <w:rFonts w:ascii="Times New Roman" w:hAnsi="Times New Roman" w:cs="Times New Roman"/>
          <w:color w:val="auto"/>
          <w:szCs w:val="24"/>
        </w:rPr>
        <w:t>ĐIỀU 7. QUYỀN VÀ NGHĨA VỤ CỦA BÊN B</w:t>
      </w:r>
    </w:p>
    <w:p w:rsidR="007B73E9" w:rsidRPr="00E43AE7" w:rsidRDefault="00A31789">
      <w:pPr>
        <w:rPr>
          <w:rFonts w:cs="Times New Roman"/>
          <w:szCs w:val="24"/>
        </w:rPr>
      </w:pPr>
      <w:r w:rsidRPr="00E43AE7">
        <w:rPr>
          <w:rFonts w:cs="Times New Roman"/>
          <w:szCs w:val="24"/>
        </w:rPr>
        <w:t>7.1. Thanh toán tiền thuê và các khoản thuộc trách nhiệm của mình đúng hạn.</w:t>
      </w:r>
    </w:p>
    <w:p w:rsidR="007B73E9" w:rsidRPr="00E43AE7" w:rsidRDefault="00A31789">
      <w:pPr>
        <w:rPr>
          <w:rFonts w:cs="Times New Roman"/>
          <w:szCs w:val="24"/>
        </w:rPr>
      </w:pPr>
      <w:r w:rsidRPr="00E43AE7">
        <w:rPr>
          <w:rFonts w:cs="Times New Roman"/>
          <w:szCs w:val="24"/>
        </w:rPr>
        <w:t>7.2. Sử dụng nhà đúng mục đích, tuân thủ pháp luật về xây dựng, phòng cháy chữa cháy, môi trường, an ninh trật tự và các quy định liên quan.</w:t>
      </w:r>
    </w:p>
    <w:p w:rsidR="007B73E9" w:rsidRPr="00E43AE7" w:rsidRDefault="00A31789">
      <w:pPr>
        <w:rPr>
          <w:rFonts w:cs="Times New Roman"/>
          <w:szCs w:val="24"/>
        </w:rPr>
      </w:pPr>
      <w:r w:rsidRPr="00E43AE7">
        <w:rPr>
          <w:rFonts w:cs="Times New Roman"/>
          <w:szCs w:val="24"/>
        </w:rPr>
        <w:t>7.3. Bảo quản nhà và tài sản; chịu trách nhiệm đối với hư hỏng do lỗi của mình, người lao động hoặc người do mình đưa đến, không bao gồm hao mòn tự nhiên.</w:t>
      </w:r>
    </w:p>
    <w:p w:rsidR="007B73E9" w:rsidRPr="00E43AE7" w:rsidRDefault="00A31789">
      <w:pPr>
        <w:rPr>
          <w:rFonts w:cs="Times New Roman"/>
          <w:szCs w:val="24"/>
        </w:rPr>
      </w:pPr>
      <w:r w:rsidRPr="00E43AE7">
        <w:rPr>
          <w:rFonts w:cs="Times New Roman"/>
          <w:szCs w:val="24"/>
        </w:rPr>
        <w:t>7.4. Được lắp đặt thiết bị, biển hiệu và bố trí không gian phù hợp mục đích thuê sau khi có chấp thuận cần thiết của Bên A và cơ quan có thẩm quyền (nếu pháp luật yêu cầu).</w:t>
      </w:r>
    </w:p>
    <w:p w:rsidR="007B73E9" w:rsidRPr="00E43AE7" w:rsidRDefault="00A31789">
      <w:pPr>
        <w:rPr>
          <w:rFonts w:cs="Times New Roman"/>
          <w:szCs w:val="24"/>
        </w:rPr>
      </w:pPr>
      <w:r w:rsidRPr="00E43AE7">
        <w:rPr>
          <w:rFonts w:cs="Times New Roman"/>
          <w:szCs w:val="24"/>
        </w:rPr>
        <w:t>7.5. Không chuyển nhượng hợp đồng, cho thuê lại hoặc sử dụng nhà vào mục đích trái pháp luật nếu chưa được Bên A đồng ý bằng văn bản và không đáp ứng điều kiện pháp luật.</w:t>
      </w:r>
    </w:p>
    <w:p w:rsidR="007B73E9" w:rsidRPr="00E43AE7" w:rsidRDefault="00A31789" w:rsidP="00E87F01">
      <w:pPr>
        <w:pStyle w:val="Heading1"/>
        <w:ind w:firstLine="720"/>
        <w:rPr>
          <w:rFonts w:ascii="Times New Roman" w:hAnsi="Times New Roman" w:cs="Times New Roman"/>
          <w:color w:val="auto"/>
          <w:szCs w:val="24"/>
        </w:rPr>
      </w:pPr>
      <w:r w:rsidRPr="00E43AE7">
        <w:rPr>
          <w:rFonts w:ascii="Times New Roman" w:hAnsi="Times New Roman" w:cs="Times New Roman"/>
          <w:color w:val="auto"/>
          <w:szCs w:val="24"/>
        </w:rPr>
        <w:t>ĐIỀU 8. SỬA CHỮA, CẢI TẠO VÀ TÀI SẢN ĐẦU TƯ</w:t>
      </w:r>
    </w:p>
    <w:p w:rsidR="007B73E9" w:rsidRPr="00E43AE7" w:rsidRDefault="00A31789">
      <w:pPr>
        <w:rPr>
          <w:rFonts w:cs="Times New Roman"/>
          <w:szCs w:val="24"/>
        </w:rPr>
      </w:pPr>
      <w:r w:rsidRPr="00E43AE7">
        <w:rPr>
          <w:rFonts w:cs="Times New Roman"/>
          <w:szCs w:val="24"/>
        </w:rPr>
        <w:t>8.1. Bên B không tự ý thay đổi kết cấu chịu lực hoặc thực hiện cải tạo lớn khi chưa có sự đồng ý bằng văn bản của Bên A và giấy phép/chấp thuận cần thiết (nếu có).</w:t>
      </w:r>
    </w:p>
    <w:p w:rsidR="007B73E9" w:rsidRPr="00E43AE7" w:rsidRDefault="00A31789">
      <w:pPr>
        <w:rPr>
          <w:rFonts w:cs="Times New Roman"/>
          <w:szCs w:val="24"/>
        </w:rPr>
      </w:pPr>
      <w:r w:rsidRPr="00E43AE7">
        <w:rPr>
          <w:rFonts w:cs="Times New Roman"/>
          <w:szCs w:val="24"/>
        </w:rPr>
        <w:t>8.2. Chi phí sửa chữa, cải tạo do bên nào chịu và việc xử lý tài sản đầu tư khi kết thúc thuê được thỏa thuận bằng văn bản trước khi thực hiện.</w:t>
      </w:r>
    </w:p>
    <w:p w:rsidR="007B73E9" w:rsidRPr="00E43AE7" w:rsidRDefault="00A31789">
      <w:pPr>
        <w:rPr>
          <w:rFonts w:cs="Times New Roman"/>
          <w:szCs w:val="24"/>
        </w:rPr>
      </w:pPr>
      <w:r w:rsidRPr="00E43AE7">
        <w:rPr>
          <w:rFonts w:cs="Times New Roman"/>
          <w:szCs w:val="24"/>
        </w:rPr>
        <w:t>8.3. Hai bên thống nhất không mặc nhiên coi chi phí cải tạo, sửa chữa hoặc mua sắm tài sản là chi phí được trừ; việc hạch toán phụ thuộc hồ sơ thực tế và quy định hiện hành.</w:t>
      </w:r>
    </w:p>
    <w:p w:rsidR="007B73E9" w:rsidRPr="00E43AE7" w:rsidRDefault="00A31789" w:rsidP="00E87F01">
      <w:pPr>
        <w:pStyle w:val="Heading1"/>
        <w:ind w:firstLine="720"/>
        <w:rPr>
          <w:rFonts w:ascii="Times New Roman" w:hAnsi="Times New Roman" w:cs="Times New Roman"/>
          <w:color w:val="auto"/>
          <w:szCs w:val="24"/>
        </w:rPr>
      </w:pPr>
      <w:r w:rsidRPr="00E43AE7">
        <w:rPr>
          <w:rFonts w:ascii="Times New Roman" w:hAnsi="Times New Roman" w:cs="Times New Roman"/>
          <w:color w:val="auto"/>
          <w:szCs w:val="24"/>
        </w:rPr>
        <w:lastRenderedPageBreak/>
        <w:t>ĐIỀU 9. VI PHẠM, CHẤM DỨT VÀ BÀN GIAO LẠI</w:t>
      </w:r>
    </w:p>
    <w:p w:rsidR="007B73E9" w:rsidRPr="00E43AE7" w:rsidRDefault="00A31789">
      <w:pPr>
        <w:rPr>
          <w:rFonts w:cs="Times New Roman"/>
          <w:szCs w:val="24"/>
        </w:rPr>
      </w:pPr>
      <w:r w:rsidRPr="00E43AE7">
        <w:rPr>
          <w:rFonts w:cs="Times New Roman"/>
          <w:szCs w:val="24"/>
        </w:rPr>
        <w:t>9.1. Hợp đồng chấm dứt khi hết hạn, theo thỏa thuận bằng văn bản, hoặc theo trường hợp được quy định tại Hợp đồng/pháp luật.</w:t>
      </w:r>
    </w:p>
    <w:p w:rsidR="007B73E9" w:rsidRPr="00E43AE7" w:rsidRDefault="00A31789">
      <w:pPr>
        <w:rPr>
          <w:rFonts w:cs="Times New Roman"/>
          <w:szCs w:val="24"/>
        </w:rPr>
      </w:pPr>
      <w:r w:rsidRPr="00E43AE7">
        <w:rPr>
          <w:rFonts w:cs="Times New Roman"/>
          <w:szCs w:val="24"/>
        </w:rPr>
        <w:t>9.2. Bên muốn đơn phương chấm dứt trước hạn phải thông báo bằng văn bản trước .......... ngày, trừ trường hợp pháp luật cho phép chấm dứt ngay. Bên vi phạm chịu trách nhiệm theo thỏa thuận và pháp luật.</w:t>
      </w:r>
    </w:p>
    <w:p w:rsidR="007B73E9" w:rsidRPr="00E43AE7" w:rsidRDefault="00A31789">
      <w:pPr>
        <w:rPr>
          <w:rFonts w:cs="Times New Roman"/>
          <w:szCs w:val="24"/>
        </w:rPr>
      </w:pPr>
      <w:r w:rsidRPr="00E43AE7">
        <w:rPr>
          <w:rFonts w:cs="Times New Roman"/>
          <w:szCs w:val="24"/>
        </w:rPr>
        <w:t>9.3. Khi chấm dứt, hai bên đối chiếu tiền thuê, điện nước, tiền đặt cọc, tài sản và các nghĩa vụ còn lại; lập biên bản thanh lý.</w:t>
      </w:r>
    </w:p>
    <w:p w:rsidR="007B73E9" w:rsidRPr="00E43AE7" w:rsidRDefault="00A31789">
      <w:pPr>
        <w:rPr>
          <w:rFonts w:cs="Times New Roman"/>
          <w:szCs w:val="24"/>
        </w:rPr>
      </w:pPr>
      <w:r w:rsidRPr="00E43AE7">
        <w:rPr>
          <w:rFonts w:cs="Times New Roman"/>
          <w:szCs w:val="24"/>
        </w:rPr>
        <w:t>9.4. Bên B hoàn trả nhà theo hiện trạng bàn giao, có tính đến hao mòn tự nhiên và những thay đổi đã được Bên A chấp thuận.</w:t>
      </w:r>
    </w:p>
    <w:p w:rsidR="007B73E9" w:rsidRPr="00E43AE7" w:rsidRDefault="00A31789" w:rsidP="00E87F01">
      <w:pPr>
        <w:pStyle w:val="Heading1"/>
        <w:ind w:firstLine="720"/>
        <w:rPr>
          <w:rFonts w:ascii="Times New Roman" w:hAnsi="Times New Roman" w:cs="Times New Roman"/>
          <w:color w:val="auto"/>
          <w:szCs w:val="24"/>
        </w:rPr>
      </w:pPr>
      <w:r w:rsidRPr="00E43AE7">
        <w:rPr>
          <w:rFonts w:ascii="Times New Roman" w:hAnsi="Times New Roman" w:cs="Times New Roman"/>
          <w:color w:val="auto"/>
          <w:szCs w:val="24"/>
        </w:rPr>
        <w:t>ĐIỀU 10. BẤT KHẢ KHÁNG VÀ GIẢI QUYẾT TRANH CHẤP</w:t>
      </w:r>
    </w:p>
    <w:p w:rsidR="007B73E9" w:rsidRPr="00E43AE7" w:rsidRDefault="00A31789">
      <w:pPr>
        <w:rPr>
          <w:rFonts w:cs="Times New Roman"/>
          <w:szCs w:val="24"/>
        </w:rPr>
      </w:pPr>
      <w:r w:rsidRPr="00E43AE7">
        <w:rPr>
          <w:rFonts w:cs="Times New Roman"/>
          <w:szCs w:val="24"/>
        </w:rPr>
        <w:t>10.1. Bên bị ảnh hưởng bởi sự kiện bất khả kháng phải thông báo cho bên kia trong thời gian hợp lý và phối hợp hạn chế thiệt hại.</w:t>
      </w:r>
    </w:p>
    <w:p w:rsidR="007B73E9" w:rsidRPr="00E43AE7" w:rsidRDefault="00A31789">
      <w:pPr>
        <w:rPr>
          <w:rFonts w:cs="Times New Roman"/>
          <w:szCs w:val="24"/>
        </w:rPr>
      </w:pPr>
      <w:r w:rsidRPr="00E43AE7">
        <w:rPr>
          <w:rFonts w:cs="Times New Roman"/>
          <w:szCs w:val="24"/>
        </w:rPr>
        <w:t>10.2. Tranh chấp trước hết được giải quyết bằng thương lượng. Nếu không đạt được thỏa thuận, một trong hai bên có quyền yêu cầu cơ quan có thẩm quyền giải quyết theo pháp luật Việt Nam.</w:t>
      </w:r>
    </w:p>
    <w:p w:rsidR="007B73E9" w:rsidRPr="00E43AE7" w:rsidRDefault="00A31789" w:rsidP="00E87F01">
      <w:pPr>
        <w:pStyle w:val="Heading1"/>
        <w:ind w:firstLine="720"/>
        <w:rPr>
          <w:rFonts w:ascii="Times New Roman" w:hAnsi="Times New Roman" w:cs="Times New Roman"/>
          <w:color w:val="auto"/>
          <w:szCs w:val="24"/>
        </w:rPr>
      </w:pPr>
      <w:r w:rsidRPr="00E43AE7">
        <w:rPr>
          <w:rFonts w:ascii="Times New Roman" w:hAnsi="Times New Roman" w:cs="Times New Roman"/>
          <w:color w:val="auto"/>
          <w:szCs w:val="24"/>
        </w:rPr>
        <w:t>ĐIỀU 11. ĐIỀU KHOẢN CHUNG</w:t>
      </w:r>
    </w:p>
    <w:p w:rsidR="007B73E9" w:rsidRPr="00E43AE7" w:rsidRDefault="00A31789">
      <w:pPr>
        <w:rPr>
          <w:rFonts w:cs="Times New Roman"/>
          <w:szCs w:val="24"/>
        </w:rPr>
      </w:pPr>
      <w:r w:rsidRPr="00E43AE7">
        <w:rPr>
          <w:rFonts w:cs="Times New Roman"/>
          <w:szCs w:val="24"/>
        </w:rPr>
        <w:t>11.1. Hai bên cam kết thông tin cung cấp là đúng sự thật, tự nguyện ký kết và thực hiện đúng Hợp đồng.</w:t>
      </w:r>
    </w:p>
    <w:p w:rsidR="007B73E9" w:rsidRPr="00E43AE7" w:rsidRDefault="00A31789">
      <w:pPr>
        <w:rPr>
          <w:rFonts w:cs="Times New Roman"/>
          <w:szCs w:val="24"/>
        </w:rPr>
      </w:pPr>
      <w:r w:rsidRPr="00E43AE7">
        <w:rPr>
          <w:rFonts w:cs="Times New Roman"/>
          <w:szCs w:val="24"/>
        </w:rPr>
        <w:t>11.2. Mọi sửa đổi, bổ sung phải được lập thành văn bản và có chữ ký của hai bên.</w:t>
      </w:r>
    </w:p>
    <w:p w:rsidR="007B73E9" w:rsidRPr="00E43AE7" w:rsidRDefault="00A31789">
      <w:pPr>
        <w:rPr>
          <w:rFonts w:cs="Times New Roman"/>
          <w:szCs w:val="24"/>
        </w:rPr>
      </w:pPr>
      <w:r w:rsidRPr="00E43AE7">
        <w:rPr>
          <w:rFonts w:cs="Times New Roman"/>
          <w:szCs w:val="24"/>
        </w:rPr>
        <w:t>11.3. Hợp đồng có hiệu lực từ ngày ……/……/……… (hoặc từ ngày hai bên ký nếu không ghi ngày khác).</w:t>
      </w:r>
    </w:p>
    <w:p w:rsidR="007B73E9" w:rsidRDefault="00A31789">
      <w:pPr>
        <w:rPr>
          <w:rFonts w:cs="Times New Roman"/>
          <w:szCs w:val="24"/>
        </w:rPr>
      </w:pPr>
      <w:r w:rsidRPr="00E43AE7">
        <w:rPr>
          <w:rFonts w:cs="Times New Roman"/>
          <w:szCs w:val="24"/>
        </w:rPr>
        <w:t>11.4. Hợp đồng được lập thành 02 bản có giá trị như nhau, mỗi bên giữ 01 bản. Biên bản bàn giao, phụ lục và biên bản thanh lý (nếu có) là phần kèm theo Hợp đồng.</w:t>
      </w:r>
    </w:p>
    <w:p w:rsidR="002D3017" w:rsidRPr="00E43AE7" w:rsidRDefault="002D3017">
      <w:pPr>
        <w:rPr>
          <w:rFonts w:cs="Times New Roman"/>
          <w:szCs w:val="24"/>
        </w:rPr>
      </w:pPr>
    </w:p>
    <w:tbl>
      <w:tblPr>
        <w:tblW w:w="0" w:type="auto"/>
        <w:jc w:val="center"/>
        <w:tblLayout w:type="fixed"/>
        <w:tblLook w:val="04A0" w:firstRow="1" w:lastRow="0" w:firstColumn="1" w:lastColumn="0" w:noHBand="0" w:noVBand="1"/>
      </w:tblPr>
      <w:tblGrid>
        <w:gridCol w:w="4252"/>
        <w:gridCol w:w="4252"/>
      </w:tblGrid>
      <w:tr w:rsidR="00E43AE7" w:rsidRPr="00E43AE7">
        <w:trPr>
          <w:jc w:val="center"/>
        </w:trPr>
        <w:tc>
          <w:tcPr>
            <w:tcW w:w="4252" w:type="dxa"/>
          </w:tcPr>
          <w:p w:rsidR="007B73E9" w:rsidRPr="00E43AE7" w:rsidRDefault="00A31789" w:rsidP="002D3017">
            <w:pPr>
              <w:jc w:val="center"/>
              <w:rPr>
                <w:rFonts w:cs="Times New Roman"/>
                <w:szCs w:val="24"/>
              </w:rPr>
            </w:pPr>
            <w:r w:rsidRPr="00E43AE7">
              <w:rPr>
                <w:rFonts w:cs="Times New Roman"/>
                <w:b/>
                <w:szCs w:val="24"/>
              </w:rPr>
              <w:t>BÊN A</w:t>
            </w:r>
            <w:r w:rsidRPr="00E43AE7">
              <w:rPr>
                <w:rFonts w:cs="Times New Roman"/>
                <w:b/>
                <w:szCs w:val="24"/>
              </w:rPr>
              <w:br/>
              <w:t>BÊN CHO THUÊ</w:t>
            </w:r>
            <w:r w:rsidRPr="00E43AE7">
              <w:rPr>
                <w:rFonts w:cs="Times New Roman"/>
                <w:szCs w:val="24"/>
              </w:rPr>
              <w:br/>
              <w:t>(Ký, ghi rõ họ tên)</w:t>
            </w:r>
          </w:p>
        </w:tc>
        <w:tc>
          <w:tcPr>
            <w:tcW w:w="4252" w:type="dxa"/>
          </w:tcPr>
          <w:p w:rsidR="007B73E9" w:rsidRPr="00E43AE7" w:rsidRDefault="00A31789" w:rsidP="002D3017">
            <w:pPr>
              <w:jc w:val="center"/>
              <w:rPr>
                <w:rFonts w:cs="Times New Roman"/>
                <w:szCs w:val="24"/>
              </w:rPr>
            </w:pPr>
            <w:r w:rsidRPr="00E43AE7">
              <w:rPr>
                <w:rFonts w:cs="Times New Roman"/>
                <w:b/>
                <w:szCs w:val="24"/>
              </w:rPr>
              <w:t>BÊN B</w:t>
            </w:r>
            <w:r w:rsidRPr="00E43AE7">
              <w:rPr>
                <w:rFonts w:cs="Times New Roman"/>
                <w:b/>
                <w:szCs w:val="24"/>
              </w:rPr>
              <w:br/>
              <w:t>ĐẠI DIỆN BÊN THUÊ</w:t>
            </w:r>
            <w:r w:rsidRPr="00E43AE7">
              <w:rPr>
                <w:rFonts w:cs="Times New Roman"/>
                <w:szCs w:val="24"/>
              </w:rPr>
              <w:br/>
              <w:t>(Ký, ghi rõ họ tên, đóng dấu nếu có)</w:t>
            </w:r>
          </w:p>
        </w:tc>
      </w:tr>
    </w:tbl>
    <w:p w:rsidR="007B73E9" w:rsidRPr="00E43AE7" w:rsidRDefault="00A31789">
      <w:pPr>
        <w:rPr>
          <w:rFonts w:cs="Times New Roman"/>
          <w:szCs w:val="24"/>
        </w:rPr>
      </w:pPr>
      <w:r w:rsidRPr="00E43AE7">
        <w:rPr>
          <w:rFonts w:cs="Times New Roman"/>
          <w:szCs w:val="24"/>
        </w:rPr>
        <w:br w:type="page"/>
      </w:r>
    </w:p>
    <w:p w:rsidR="007B73E9" w:rsidRPr="00E43AE7" w:rsidRDefault="00A31789">
      <w:pPr>
        <w:jc w:val="center"/>
        <w:rPr>
          <w:rFonts w:cs="Times New Roman"/>
          <w:szCs w:val="24"/>
        </w:rPr>
      </w:pPr>
      <w:r w:rsidRPr="00E43AE7">
        <w:rPr>
          <w:rFonts w:cs="Times New Roman"/>
          <w:b/>
          <w:szCs w:val="24"/>
        </w:rPr>
        <w:lastRenderedPageBreak/>
        <w:t>PHỤ LỤC 01</w:t>
      </w:r>
    </w:p>
    <w:p w:rsidR="007B73E9" w:rsidRPr="00E43AE7" w:rsidRDefault="00A31789">
      <w:pPr>
        <w:jc w:val="center"/>
        <w:rPr>
          <w:rFonts w:cs="Times New Roman"/>
          <w:szCs w:val="24"/>
        </w:rPr>
      </w:pPr>
      <w:r w:rsidRPr="00E43AE7">
        <w:rPr>
          <w:rFonts w:cs="Times New Roman"/>
          <w:b/>
          <w:szCs w:val="24"/>
        </w:rPr>
        <w:t>BIÊN BẢN BÀN GIAO NHÀ</w:t>
      </w:r>
    </w:p>
    <w:p w:rsidR="007B73E9" w:rsidRPr="00E43AE7" w:rsidRDefault="00A31789">
      <w:pPr>
        <w:rPr>
          <w:rFonts w:cs="Times New Roman"/>
          <w:szCs w:val="24"/>
        </w:rPr>
      </w:pPr>
      <w:r w:rsidRPr="00E43AE7">
        <w:rPr>
          <w:rFonts w:cs="Times New Roman"/>
          <w:szCs w:val="24"/>
        </w:rPr>
        <w:t>Kèm theo Hợp đồng thuê nhà số ……/HĐTN-GFTTH ký ngày ……/……/………</w:t>
      </w:r>
    </w:p>
    <w:p w:rsidR="007B73E9" w:rsidRPr="00E43AE7" w:rsidRDefault="00A31789">
      <w:pPr>
        <w:rPr>
          <w:rFonts w:cs="Times New Roman"/>
          <w:szCs w:val="24"/>
        </w:rPr>
      </w:pPr>
      <w:r w:rsidRPr="00E43AE7">
        <w:rPr>
          <w:rFonts w:cs="Times New Roman"/>
          <w:szCs w:val="24"/>
        </w:rPr>
        <w:t>Hôm nay, ngày …… tháng …… năm ……, tại ........................................................................, Bên A bàn giao và Bên B tiếp nhận căn nhà tại:</w:t>
      </w:r>
    </w:p>
    <w:p w:rsidR="007B73E9" w:rsidRPr="00E43AE7" w:rsidRDefault="00A31789">
      <w:pPr>
        <w:rPr>
          <w:rFonts w:cs="Times New Roman"/>
          <w:szCs w:val="24"/>
        </w:rPr>
      </w:pPr>
      <w:r w:rsidRPr="00E43AE7">
        <w:rPr>
          <w:rFonts w:cs="Times New Roman"/>
          <w:szCs w:val="24"/>
        </w:rPr>
        <w:t>Địa chỉ: ............................................................................................................................</w:t>
      </w:r>
    </w:p>
    <w:p w:rsidR="007B73E9" w:rsidRPr="00E43AE7" w:rsidRDefault="00A31789">
      <w:pPr>
        <w:rPr>
          <w:rFonts w:cs="Times New Roman"/>
          <w:szCs w:val="24"/>
        </w:rPr>
      </w:pPr>
      <w:r w:rsidRPr="00E43AE7">
        <w:rPr>
          <w:rFonts w:cs="Times New Roman"/>
          <w:szCs w:val="24"/>
        </w:rPr>
        <w:t>Diện tích: ................ m². Kết cấu/số tầng: ........................................................................</w:t>
      </w:r>
    </w:p>
    <w:p w:rsidR="007B73E9" w:rsidRPr="00E43AE7" w:rsidRDefault="00A31789">
      <w:pPr>
        <w:rPr>
          <w:rFonts w:cs="Times New Roman"/>
          <w:szCs w:val="24"/>
        </w:rPr>
      </w:pPr>
      <w:r w:rsidRPr="00E43AE7">
        <w:rPr>
          <w:rFonts w:cs="Times New Roman"/>
          <w:szCs w:val="24"/>
        </w:rPr>
        <w:t>Tình trạng nhà và tài sản bàn giao:</w:t>
      </w:r>
    </w:p>
    <w:p w:rsidR="007B73E9" w:rsidRPr="00E43AE7" w:rsidRDefault="00A31789">
      <w:pPr>
        <w:rPr>
          <w:rFonts w:cs="Times New Roman"/>
          <w:szCs w:val="24"/>
        </w:rPr>
      </w:pPr>
      <w:r w:rsidRPr="00E43AE7">
        <w:rPr>
          <w:rFonts w:ascii="Segoe UI Symbol" w:hAnsi="Segoe UI Symbol" w:cs="Segoe UI Symbol"/>
          <w:szCs w:val="24"/>
        </w:rPr>
        <w:t>☐</w:t>
      </w:r>
      <w:r w:rsidRPr="00E43AE7">
        <w:rPr>
          <w:rFonts w:cs="Times New Roman"/>
          <w:szCs w:val="24"/>
        </w:rPr>
        <w:t xml:space="preserve"> Tường, trần, sàn: ...........................................................................................................</w:t>
      </w:r>
    </w:p>
    <w:p w:rsidR="007B73E9" w:rsidRPr="00E43AE7" w:rsidRDefault="00A31789">
      <w:pPr>
        <w:rPr>
          <w:rFonts w:cs="Times New Roman"/>
          <w:szCs w:val="24"/>
        </w:rPr>
      </w:pPr>
      <w:r w:rsidRPr="00E43AE7">
        <w:rPr>
          <w:rFonts w:ascii="Segoe UI Symbol" w:hAnsi="Segoe UI Symbol" w:cs="Segoe UI Symbol"/>
          <w:szCs w:val="24"/>
        </w:rPr>
        <w:t>☐</w:t>
      </w:r>
      <w:r w:rsidRPr="00E43AE7">
        <w:rPr>
          <w:rFonts w:cs="Times New Roman"/>
          <w:szCs w:val="24"/>
        </w:rPr>
        <w:t xml:space="preserve"> Cửa, khóa, chìa khóa (số lượng): ...................................................................................</w:t>
      </w:r>
    </w:p>
    <w:p w:rsidR="007B73E9" w:rsidRPr="00E43AE7" w:rsidRDefault="00A31789">
      <w:pPr>
        <w:rPr>
          <w:rFonts w:cs="Times New Roman"/>
          <w:szCs w:val="24"/>
        </w:rPr>
      </w:pPr>
      <w:r w:rsidRPr="00E43AE7">
        <w:rPr>
          <w:rFonts w:ascii="Segoe UI Symbol" w:hAnsi="Segoe UI Symbol" w:cs="Segoe UI Symbol"/>
          <w:szCs w:val="24"/>
        </w:rPr>
        <w:t>☐</w:t>
      </w:r>
      <w:r w:rsidRPr="00E43AE7">
        <w:rPr>
          <w:rFonts w:cs="Times New Roman"/>
          <w:szCs w:val="24"/>
        </w:rPr>
        <w:t xml:space="preserve"> Hệ thống điện, đèn, ổ cắm: ...........................................................................................</w:t>
      </w:r>
    </w:p>
    <w:p w:rsidR="007B73E9" w:rsidRPr="00E43AE7" w:rsidRDefault="00A31789">
      <w:pPr>
        <w:rPr>
          <w:rFonts w:cs="Times New Roman"/>
          <w:szCs w:val="24"/>
        </w:rPr>
      </w:pPr>
      <w:r w:rsidRPr="00E43AE7">
        <w:rPr>
          <w:rFonts w:ascii="Segoe UI Symbol" w:hAnsi="Segoe UI Symbol" w:cs="Segoe UI Symbol"/>
          <w:szCs w:val="24"/>
        </w:rPr>
        <w:t>☐</w:t>
      </w:r>
      <w:r w:rsidRPr="00E43AE7">
        <w:rPr>
          <w:rFonts w:cs="Times New Roman"/>
          <w:szCs w:val="24"/>
        </w:rPr>
        <w:t xml:space="preserve"> Hệ thống nước, thiết bị vệ sinh: .....................................................................................</w:t>
      </w:r>
    </w:p>
    <w:p w:rsidR="007B73E9" w:rsidRPr="00E43AE7" w:rsidRDefault="00A31789">
      <w:pPr>
        <w:rPr>
          <w:rFonts w:cs="Times New Roman"/>
          <w:szCs w:val="24"/>
        </w:rPr>
      </w:pPr>
      <w:r w:rsidRPr="00E43AE7">
        <w:rPr>
          <w:rFonts w:ascii="Segoe UI Symbol" w:hAnsi="Segoe UI Symbol" w:cs="Segoe UI Symbol"/>
          <w:szCs w:val="24"/>
        </w:rPr>
        <w:t>☐</w:t>
      </w:r>
      <w:r w:rsidRPr="00E43AE7">
        <w:rPr>
          <w:rFonts w:cs="Times New Roman"/>
          <w:szCs w:val="24"/>
        </w:rPr>
        <w:t xml:space="preserve"> Điều hòa/thiết bị khác: ....................................................................................................</w:t>
      </w:r>
    </w:p>
    <w:p w:rsidR="007B73E9" w:rsidRPr="00E43AE7" w:rsidRDefault="00A31789">
      <w:pPr>
        <w:rPr>
          <w:rFonts w:cs="Times New Roman"/>
          <w:szCs w:val="24"/>
        </w:rPr>
      </w:pPr>
      <w:r w:rsidRPr="00E43AE7">
        <w:rPr>
          <w:rFonts w:ascii="Segoe UI Symbol" w:hAnsi="Segoe UI Symbol" w:cs="Segoe UI Symbol"/>
          <w:szCs w:val="24"/>
        </w:rPr>
        <w:t>☐</w:t>
      </w:r>
      <w:r w:rsidRPr="00E43AE7">
        <w:rPr>
          <w:rFonts w:cs="Times New Roman"/>
          <w:szCs w:val="24"/>
        </w:rPr>
        <w:t xml:space="preserve"> Chỉ số công tơ điện: ....................................  Chỉ số đồng hồ nước: ...............................</w:t>
      </w:r>
    </w:p>
    <w:p w:rsidR="007B73E9" w:rsidRPr="00E43AE7" w:rsidRDefault="00A31789">
      <w:pPr>
        <w:rPr>
          <w:rFonts w:cs="Times New Roman"/>
          <w:szCs w:val="24"/>
        </w:rPr>
      </w:pPr>
      <w:r w:rsidRPr="00E43AE7">
        <w:rPr>
          <w:rFonts w:ascii="Segoe UI Symbol" w:hAnsi="Segoe UI Symbol" w:cs="Segoe UI Symbol"/>
          <w:szCs w:val="24"/>
        </w:rPr>
        <w:t>☐</w:t>
      </w:r>
      <w:r w:rsidRPr="00E43AE7">
        <w:rPr>
          <w:rFonts w:cs="Times New Roman"/>
          <w:szCs w:val="24"/>
        </w:rPr>
        <w:t xml:space="preserve"> Số lượng chìa khóa bàn giao: ....................  Số lượng bộ thiết bị/tài sản: .......................</w:t>
      </w:r>
    </w:p>
    <w:p w:rsidR="007B73E9" w:rsidRPr="00E43AE7" w:rsidRDefault="00A31789">
      <w:pPr>
        <w:rPr>
          <w:rFonts w:cs="Times New Roman"/>
          <w:szCs w:val="24"/>
        </w:rPr>
      </w:pPr>
      <w:r w:rsidRPr="00E43AE7">
        <w:rPr>
          <w:rFonts w:ascii="Segoe UI Symbol" w:hAnsi="Segoe UI Symbol" w:cs="Segoe UI Symbol"/>
          <w:szCs w:val="24"/>
        </w:rPr>
        <w:t>☐</w:t>
      </w:r>
      <w:r w:rsidRPr="00E43AE7">
        <w:rPr>
          <w:rFonts w:cs="Times New Roman"/>
          <w:szCs w:val="24"/>
        </w:rPr>
        <w:t xml:space="preserve"> Ghi chú/ảnh hiện trạng đính kèm: ....................................................................................</w:t>
      </w:r>
    </w:p>
    <w:p w:rsidR="007B73E9" w:rsidRPr="00E43AE7" w:rsidRDefault="00A31789">
      <w:pPr>
        <w:rPr>
          <w:rFonts w:cs="Times New Roman"/>
          <w:szCs w:val="24"/>
        </w:rPr>
      </w:pPr>
      <w:r w:rsidRPr="00E43AE7">
        <w:rPr>
          <w:rFonts w:cs="Times New Roman"/>
          <w:szCs w:val="24"/>
        </w:rPr>
        <w:t>Hai bên xác nhận đã kiểm tra hiện trạng và đồng ý ký biên bản này. Biên bản được lập thành 02 bản, mỗi bên giữ 01 bản.</w:t>
      </w:r>
    </w:p>
    <w:tbl>
      <w:tblPr>
        <w:tblW w:w="0" w:type="auto"/>
        <w:jc w:val="center"/>
        <w:tblLook w:val="04A0" w:firstRow="1" w:lastRow="0" w:firstColumn="1" w:lastColumn="0" w:noHBand="0" w:noVBand="1"/>
      </w:tblPr>
      <w:tblGrid>
        <w:gridCol w:w="4252"/>
        <w:gridCol w:w="4252"/>
      </w:tblGrid>
      <w:tr w:rsidR="00E43AE7" w:rsidRPr="00E43AE7">
        <w:trPr>
          <w:jc w:val="center"/>
        </w:trPr>
        <w:tc>
          <w:tcPr>
            <w:tcW w:w="4252" w:type="dxa"/>
          </w:tcPr>
          <w:p w:rsidR="007B73E9" w:rsidRPr="00E43AE7" w:rsidRDefault="00A31789">
            <w:pPr>
              <w:jc w:val="center"/>
              <w:rPr>
                <w:rFonts w:cs="Times New Roman"/>
                <w:szCs w:val="24"/>
              </w:rPr>
            </w:pPr>
            <w:r w:rsidRPr="00E43AE7">
              <w:rPr>
                <w:rFonts w:cs="Times New Roman"/>
                <w:b/>
                <w:szCs w:val="24"/>
              </w:rPr>
              <w:t>BÊN A</w:t>
            </w:r>
            <w:r w:rsidRPr="00E43AE7">
              <w:rPr>
                <w:rFonts w:cs="Times New Roman"/>
                <w:b/>
                <w:szCs w:val="24"/>
              </w:rPr>
              <w:br/>
              <w:t>BÀN GIAO</w:t>
            </w:r>
            <w:r w:rsidRPr="00E43AE7">
              <w:rPr>
                <w:rFonts w:cs="Times New Roman"/>
                <w:szCs w:val="24"/>
              </w:rPr>
              <w:br/>
            </w:r>
            <w:r w:rsidRPr="00E43AE7">
              <w:rPr>
                <w:rFonts w:cs="Times New Roman"/>
                <w:szCs w:val="24"/>
              </w:rPr>
              <w:br/>
            </w:r>
            <w:r w:rsidRPr="00E43AE7">
              <w:rPr>
                <w:rFonts w:cs="Times New Roman"/>
                <w:szCs w:val="24"/>
              </w:rPr>
              <w:br/>
            </w:r>
            <w:r w:rsidRPr="00E43AE7">
              <w:rPr>
                <w:rFonts w:cs="Times New Roman"/>
                <w:szCs w:val="24"/>
              </w:rPr>
              <w:br/>
              <w:t>(Ký, ghi rõ họ tên)</w:t>
            </w:r>
          </w:p>
        </w:tc>
        <w:tc>
          <w:tcPr>
            <w:tcW w:w="4252" w:type="dxa"/>
          </w:tcPr>
          <w:p w:rsidR="007B73E9" w:rsidRPr="00E43AE7" w:rsidRDefault="00A31789">
            <w:pPr>
              <w:jc w:val="center"/>
              <w:rPr>
                <w:rFonts w:cs="Times New Roman"/>
                <w:szCs w:val="24"/>
              </w:rPr>
            </w:pPr>
            <w:r w:rsidRPr="00E43AE7">
              <w:rPr>
                <w:rFonts w:cs="Times New Roman"/>
                <w:b/>
                <w:szCs w:val="24"/>
              </w:rPr>
              <w:t>BÊN B</w:t>
            </w:r>
            <w:r w:rsidRPr="00E43AE7">
              <w:rPr>
                <w:rFonts w:cs="Times New Roman"/>
                <w:b/>
                <w:szCs w:val="24"/>
              </w:rPr>
              <w:br/>
              <w:t>TIẾP NHẬN</w:t>
            </w:r>
            <w:r w:rsidRPr="00E43AE7">
              <w:rPr>
                <w:rFonts w:cs="Times New Roman"/>
                <w:szCs w:val="24"/>
              </w:rPr>
              <w:br/>
            </w:r>
            <w:r w:rsidRPr="00E43AE7">
              <w:rPr>
                <w:rFonts w:cs="Times New Roman"/>
                <w:szCs w:val="24"/>
              </w:rPr>
              <w:br/>
            </w:r>
            <w:r w:rsidRPr="00E43AE7">
              <w:rPr>
                <w:rFonts w:cs="Times New Roman"/>
                <w:szCs w:val="24"/>
              </w:rPr>
              <w:br/>
            </w:r>
            <w:r w:rsidRPr="00E43AE7">
              <w:rPr>
                <w:rFonts w:cs="Times New Roman"/>
                <w:szCs w:val="24"/>
              </w:rPr>
              <w:br/>
              <w:t>Ông NGUYỄN VĂN NGỌC</w:t>
            </w:r>
            <w:r w:rsidRPr="00E43AE7">
              <w:rPr>
                <w:rFonts w:cs="Times New Roman"/>
                <w:szCs w:val="24"/>
              </w:rPr>
              <w:br/>
              <w:t>(Ký, ghi rõ họ tên)</w:t>
            </w:r>
          </w:p>
        </w:tc>
      </w:tr>
    </w:tbl>
    <w:p w:rsidR="007B73E9" w:rsidRPr="00E43AE7" w:rsidRDefault="00A31789">
      <w:pPr>
        <w:rPr>
          <w:rFonts w:cs="Times New Roman"/>
          <w:szCs w:val="24"/>
        </w:rPr>
      </w:pPr>
      <w:r w:rsidRPr="00E43AE7">
        <w:rPr>
          <w:rFonts w:cs="Times New Roman"/>
          <w:szCs w:val="24"/>
        </w:rPr>
        <w:br w:type="page"/>
      </w:r>
    </w:p>
    <w:p w:rsidR="007B73E9" w:rsidRPr="00E43AE7" w:rsidRDefault="00A31789">
      <w:pPr>
        <w:jc w:val="center"/>
        <w:rPr>
          <w:rFonts w:cs="Times New Roman"/>
          <w:szCs w:val="24"/>
        </w:rPr>
      </w:pPr>
      <w:r w:rsidRPr="00E43AE7">
        <w:rPr>
          <w:rFonts w:cs="Times New Roman"/>
          <w:b/>
          <w:szCs w:val="24"/>
        </w:rPr>
        <w:lastRenderedPageBreak/>
        <w:t>PHỤ LỤC 02</w:t>
      </w:r>
    </w:p>
    <w:p w:rsidR="007B73E9" w:rsidRPr="00E43AE7" w:rsidRDefault="00A31789">
      <w:pPr>
        <w:jc w:val="center"/>
        <w:rPr>
          <w:rFonts w:cs="Times New Roman"/>
          <w:szCs w:val="24"/>
        </w:rPr>
      </w:pPr>
      <w:r w:rsidRPr="00E43AE7">
        <w:rPr>
          <w:rFonts w:cs="Times New Roman"/>
          <w:b/>
          <w:szCs w:val="24"/>
        </w:rPr>
        <w:t>BIÊN BẢN THANH LÝ HỢP ĐỒNG THUÊ NHÀ</w:t>
      </w:r>
    </w:p>
    <w:p w:rsidR="007B73E9" w:rsidRPr="00E43AE7" w:rsidRDefault="00A31789" w:rsidP="00E43AE7">
      <w:pPr>
        <w:jc w:val="center"/>
        <w:rPr>
          <w:rFonts w:cs="Times New Roman"/>
          <w:szCs w:val="24"/>
        </w:rPr>
      </w:pPr>
      <w:r w:rsidRPr="00E43AE7">
        <w:rPr>
          <w:rFonts w:cs="Times New Roman"/>
          <w:szCs w:val="24"/>
        </w:rPr>
        <w:t>Số: ……/BBTL-GFTTH</w:t>
      </w:r>
    </w:p>
    <w:p w:rsidR="007B73E9" w:rsidRPr="00E43AE7" w:rsidRDefault="00A31789">
      <w:pPr>
        <w:rPr>
          <w:rFonts w:cs="Times New Roman"/>
          <w:szCs w:val="24"/>
        </w:rPr>
      </w:pPr>
      <w:r w:rsidRPr="00E43AE7">
        <w:rPr>
          <w:rFonts w:cs="Times New Roman"/>
          <w:szCs w:val="24"/>
        </w:rPr>
        <w:t>Căn cứ Hợp đồng thuê nhà số ……/HĐTN-GFTTH ký ngày ……/……/……… giữa Bên A và Bên B.</w:t>
      </w:r>
    </w:p>
    <w:p w:rsidR="007B73E9" w:rsidRPr="00E43AE7" w:rsidRDefault="00A31789">
      <w:pPr>
        <w:rPr>
          <w:rFonts w:cs="Times New Roman"/>
          <w:szCs w:val="24"/>
        </w:rPr>
      </w:pPr>
      <w:r w:rsidRPr="00E43AE7">
        <w:rPr>
          <w:rFonts w:cs="Times New Roman"/>
          <w:szCs w:val="24"/>
        </w:rPr>
        <w:t>Hôm nay, ngày …… tháng …… năm ……, tại ........................................................................, chúng tôi gồm Bên A và Bên B như thông tin tại Hợp đồng, cùng xác nhận:</w:t>
      </w:r>
    </w:p>
    <w:p w:rsidR="007B73E9" w:rsidRPr="00E43AE7" w:rsidRDefault="00A31789">
      <w:pPr>
        <w:rPr>
          <w:rFonts w:cs="Times New Roman"/>
          <w:szCs w:val="24"/>
        </w:rPr>
      </w:pPr>
      <w:r w:rsidRPr="00E43AE7">
        <w:rPr>
          <w:rFonts w:cs="Times New Roman"/>
          <w:szCs w:val="24"/>
        </w:rPr>
        <w:t>1. Thời điểm chấm dứt Hợp đồng: ngày ……/……/………</w:t>
      </w:r>
    </w:p>
    <w:p w:rsidR="007B73E9" w:rsidRPr="00E43AE7" w:rsidRDefault="00A31789">
      <w:pPr>
        <w:rPr>
          <w:rFonts w:cs="Times New Roman"/>
          <w:szCs w:val="24"/>
        </w:rPr>
      </w:pPr>
      <w:r w:rsidRPr="00E43AE7">
        <w:rPr>
          <w:rFonts w:cs="Times New Roman"/>
          <w:szCs w:val="24"/>
        </w:rPr>
        <w:t>2. Tình trạng bàn giao lại nhà: ...........................................................................................</w:t>
      </w:r>
    </w:p>
    <w:p w:rsidR="007B73E9" w:rsidRPr="00E43AE7" w:rsidRDefault="00A31789">
      <w:pPr>
        <w:rPr>
          <w:rFonts w:cs="Times New Roman"/>
          <w:szCs w:val="24"/>
        </w:rPr>
      </w:pPr>
      <w:r w:rsidRPr="00E43AE7">
        <w:rPr>
          <w:rFonts w:cs="Times New Roman"/>
          <w:szCs w:val="24"/>
        </w:rPr>
        <w:t>3. Tiền thuê đã thanh toán đến hết ngày: ……/……/………</w:t>
      </w:r>
    </w:p>
    <w:p w:rsidR="007B73E9" w:rsidRPr="00E43AE7" w:rsidRDefault="00A31789">
      <w:pPr>
        <w:rPr>
          <w:rFonts w:cs="Times New Roman"/>
          <w:szCs w:val="24"/>
        </w:rPr>
      </w:pPr>
      <w:r w:rsidRPr="00E43AE7">
        <w:rPr>
          <w:rFonts w:cs="Times New Roman"/>
          <w:szCs w:val="24"/>
        </w:rPr>
        <w:t>4. Công nợ tiền thuê còn lại (nếu có): ................................ đồng.</w:t>
      </w:r>
    </w:p>
    <w:p w:rsidR="007B73E9" w:rsidRPr="00E43AE7" w:rsidRDefault="00A31789">
      <w:pPr>
        <w:rPr>
          <w:rFonts w:cs="Times New Roman"/>
          <w:szCs w:val="24"/>
        </w:rPr>
      </w:pPr>
      <w:r w:rsidRPr="00E43AE7">
        <w:rPr>
          <w:rFonts w:cs="Times New Roman"/>
          <w:szCs w:val="24"/>
        </w:rPr>
        <w:t>5. Điện, nước và chi phí khác còn lại (nếu có): ................................ đồng.</w:t>
      </w:r>
    </w:p>
    <w:p w:rsidR="007B73E9" w:rsidRPr="00E43AE7" w:rsidRDefault="00A31789">
      <w:pPr>
        <w:rPr>
          <w:rFonts w:cs="Times New Roman"/>
          <w:szCs w:val="24"/>
        </w:rPr>
      </w:pPr>
      <w:r w:rsidRPr="00E43AE7">
        <w:rPr>
          <w:rFonts w:cs="Times New Roman"/>
          <w:szCs w:val="24"/>
        </w:rPr>
        <w:t>6. Tiền đặt cọc: ................................ đồng; số tiền hoàn trả: ................................ đồng; khoản khấu trừ và lý do (nếu có): .......................................................................................</w:t>
      </w:r>
    </w:p>
    <w:p w:rsidR="007B73E9" w:rsidRPr="00E43AE7" w:rsidRDefault="00A31789">
      <w:pPr>
        <w:rPr>
          <w:rFonts w:cs="Times New Roman"/>
          <w:szCs w:val="24"/>
        </w:rPr>
      </w:pPr>
      <w:r w:rsidRPr="00E43AE7">
        <w:rPr>
          <w:rFonts w:cs="Times New Roman"/>
          <w:szCs w:val="24"/>
        </w:rPr>
        <w:t>7. Hồ sơ/chứng từ đã bàn giao: ..........................................................................................</w:t>
      </w:r>
    </w:p>
    <w:p w:rsidR="007B73E9" w:rsidRPr="00E43AE7" w:rsidRDefault="00A31789">
      <w:pPr>
        <w:rPr>
          <w:rFonts w:cs="Times New Roman"/>
          <w:szCs w:val="24"/>
        </w:rPr>
      </w:pPr>
      <w:r w:rsidRPr="00E43AE7">
        <w:rPr>
          <w:rFonts w:cs="Times New Roman"/>
          <w:szCs w:val="24"/>
        </w:rPr>
        <w:t>8. Các nghĩa vụ còn lại và thời hạn hoàn tất (nếu có): ........................................................</w:t>
      </w:r>
    </w:p>
    <w:p w:rsidR="007B73E9" w:rsidRPr="00E43AE7" w:rsidRDefault="00A31789">
      <w:pPr>
        <w:rPr>
          <w:rFonts w:cs="Times New Roman"/>
          <w:szCs w:val="24"/>
        </w:rPr>
      </w:pPr>
      <w:r w:rsidRPr="00E43AE7">
        <w:rPr>
          <w:rFonts w:cs="Times New Roman"/>
          <w:szCs w:val="24"/>
        </w:rPr>
        <w:t>Hai bên xác nhận các nội dung trên là đúng với việc đối chiếu thực tế và thống nhất thanh lý Hợp đồng, trừ các nghĩa vụ còn được ghi rõ tại biên bản này.</w:t>
      </w:r>
    </w:p>
    <w:tbl>
      <w:tblPr>
        <w:tblW w:w="0" w:type="auto"/>
        <w:jc w:val="center"/>
        <w:tblLook w:val="04A0" w:firstRow="1" w:lastRow="0" w:firstColumn="1" w:lastColumn="0" w:noHBand="0" w:noVBand="1"/>
      </w:tblPr>
      <w:tblGrid>
        <w:gridCol w:w="4252"/>
        <w:gridCol w:w="4252"/>
      </w:tblGrid>
      <w:tr w:rsidR="00E43AE7" w:rsidRPr="00E43AE7">
        <w:trPr>
          <w:jc w:val="center"/>
        </w:trPr>
        <w:tc>
          <w:tcPr>
            <w:tcW w:w="4252" w:type="dxa"/>
          </w:tcPr>
          <w:p w:rsidR="007B73E9" w:rsidRPr="00E43AE7" w:rsidRDefault="00A31789" w:rsidP="007A6F87">
            <w:pPr>
              <w:jc w:val="center"/>
              <w:rPr>
                <w:rFonts w:cs="Times New Roman"/>
                <w:szCs w:val="24"/>
              </w:rPr>
            </w:pPr>
            <w:r w:rsidRPr="00E43AE7">
              <w:rPr>
                <w:rFonts w:cs="Times New Roman"/>
                <w:b/>
                <w:szCs w:val="24"/>
              </w:rPr>
              <w:t>BÊN A</w:t>
            </w:r>
            <w:r w:rsidRPr="00E43AE7">
              <w:rPr>
                <w:rFonts w:cs="Times New Roman"/>
                <w:b/>
                <w:szCs w:val="24"/>
              </w:rPr>
              <w:br/>
              <w:t>BÊN CHO THUÊ</w:t>
            </w:r>
            <w:r w:rsidRPr="00E43AE7">
              <w:rPr>
                <w:rFonts w:cs="Times New Roman"/>
                <w:szCs w:val="24"/>
              </w:rPr>
              <w:br/>
              <w:t>(Ký, ghi rõ họ tên)</w:t>
            </w:r>
          </w:p>
        </w:tc>
        <w:tc>
          <w:tcPr>
            <w:tcW w:w="4252" w:type="dxa"/>
          </w:tcPr>
          <w:p w:rsidR="007B73E9" w:rsidRPr="00E43AE7" w:rsidRDefault="00A31789" w:rsidP="007A6F87">
            <w:pPr>
              <w:jc w:val="center"/>
              <w:rPr>
                <w:rFonts w:cs="Times New Roman"/>
                <w:szCs w:val="24"/>
              </w:rPr>
            </w:pPr>
            <w:r w:rsidRPr="00E43AE7">
              <w:rPr>
                <w:rFonts w:cs="Times New Roman"/>
                <w:b/>
                <w:szCs w:val="24"/>
              </w:rPr>
              <w:t>BÊN B</w:t>
            </w:r>
            <w:r w:rsidRPr="00E43AE7">
              <w:rPr>
                <w:rFonts w:cs="Times New Roman"/>
                <w:b/>
                <w:szCs w:val="24"/>
              </w:rPr>
              <w:br/>
              <w:t>ĐẠI DIỆN BÊN THUÊ</w:t>
            </w:r>
            <w:r w:rsidRPr="00E43AE7">
              <w:rPr>
                <w:rFonts w:cs="Times New Roman"/>
                <w:szCs w:val="24"/>
              </w:rPr>
              <w:br/>
              <w:t>(Ký, ghi rõ họ tên, đóng dấu nếu có)</w:t>
            </w:r>
          </w:p>
        </w:tc>
      </w:tr>
    </w:tbl>
    <w:p w:rsidR="00A31789" w:rsidRPr="00E43AE7" w:rsidRDefault="00A31789">
      <w:pPr>
        <w:rPr>
          <w:rFonts w:cs="Times New Roman"/>
          <w:szCs w:val="24"/>
        </w:rPr>
      </w:pPr>
    </w:p>
    <w:sectPr w:rsidR="00A31789" w:rsidRPr="00E43AE7" w:rsidSect="00034616">
      <w:headerReference w:type="even" r:id="rId8"/>
      <w:headerReference w:type="default" r:id="rId9"/>
      <w:footerReference w:type="even" r:id="rId10"/>
      <w:footerReference w:type="default" r:id="rId11"/>
      <w:headerReference w:type="first" r:id="rId12"/>
      <w:footerReference w:type="first" r:id="rId13"/>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F7C" w:rsidRDefault="00D41F7C">
      <w:pPr>
        <w:spacing w:after="0" w:line="240" w:lineRule="auto"/>
      </w:pPr>
      <w:r>
        <w:separator/>
      </w:r>
    </w:p>
  </w:endnote>
  <w:endnote w:type="continuationSeparator" w:id="0">
    <w:p w:rsidR="00D41F7C" w:rsidRDefault="00D41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5D6" w:rsidRDefault="00D875D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3E9" w:rsidRDefault="00A31789" w:rsidP="00E43AE7">
    <w:pPr>
      <w:pStyle w:val="Footer"/>
      <w:jc w:val="right"/>
    </w:pPr>
    <w:r>
      <w:t xml:space="preserve">Hợp đồng thuê nhà – GFTTH Việt Nam | Trang </w:t>
    </w:r>
    <w:r>
      <w:fldChar w:fldCharType="begin"/>
    </w:r>
    <w:r>
      <w:instrText>PAGE</w:instrText>
    </w:r>
    <w:r>
      <w:fldChar w:fldCharType="separate"/>
    </w:r>
    <w:r w:rsidR="00D875D6">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5D6" w:rsidRDefault="00D875D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F7C" w:rsidRDefault="00D41F7C">
      <w:pPr>
        <w:spacing w:after="0" w:line="240" w:lineRule="auto"/>
      </w:pPr>
      <w:r>
        <w:separator/>
      </w:r>
    </w:p>
  </w:footnote>
  <w:footnote w:type="continuationSeparator" w:id="0">
    <w:p w:rsidR="00D41F7C" w:rsidRDefault="00D41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5D6" w:rsidRDefault="00D875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563" o:spid="_x0000_s2050" type="#_x0000_t75" style="position:absolute;margin-left:0;margin-top:0;width:484.4pt;height:375.25pt;z-index:-251657216;mso-position-horizontal:center;mso-position-horizontal-relative:margin;mso-position-vertical:center;mso-position-vertical-relative:margin" o:allowincell="f">
          <v:imagedata r:id="rId1" o:title="gftthvietnam (1)" gain="19661f" blacklevel="22938f"/>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5D6" w:rsidRDefault="00D875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564" o:spid="_x0000_s2051" type="#_x0000_t75" style="position:absolute;margin-left:0;margin-top:0;width:484.4pt;height:375.25pt;z-index:-251656192;mso-position-horizontal:center;mso-position-horizontal-relative:margin;mso-position-vertical:center;mso-position-vertical-relative:margin" o:allowincell="f">
          <v:imagedata r:id="rId1" o:title="gftthvietnam (1)" gain="19661f" blacklevel="22938f"/>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5D6" w:rsidRDefault="00D875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91562" o:spid="_x0000_s2049" type="#_x0000_t75" style="position:absolute;margin-left:0;margin-top:0;width:484.4pt;height:375.25pt;z-index:-251658240;mso-position-horizontal:center;mso-position-horizontal-relative:margin;mso-position-vertical:center;mso-position-vertical-relative:margin" o:allowincell="f">
          <v:imagedata r:id="rId1" o:title="gftthvietnam (1)" gain="19661f" blacklevel="22938f"/>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2D3017"/>
    <w:rsid w:val="002D72FE"/>
    <w:rsid w:val="00326F90"/>
    <w:rsid w:val="004500D0"/>
    <w:rsid w:val="007A6F87"/>
    <w:rsid w:val="007B73E9"/>
    <w:rsid w:val="00A31789"/>
    <w:rsid w:val="00AA1D8D"/>
    <w:rsid w:val="00B47730"/>
    <w:rsid w:val="00CB0664"/>
    <w:rsid w:val="00D41F7C"/>
    <w:rsid w:val="00D875D6"/>
    <w:rsid w:val="00E43AE7"/>
    <w:rsid w:val="00E87F0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15:docId w15:val="{F71BC794-2800-404F-9406-EDC130825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875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75D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1EE02-1D70-48D1-9B88-366625C2C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1793</Words>
  <Characters>10224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2</cp:revision>
  <cp:lastPrinted>2026-10-09T09:45:00Z</cp:lastPrinted>
  <dcterms:created xsi:type="dcterms:W3CDTF">2026-10-09T09:53:00Z</dcterms:created>
  <dcterms:modified xsi:type="dcterms:W3CDTF">2026-10-09T09:53:00Z</dcterms:modified>
  <cp:category/>
</cp:coreProperties>
</file>